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keepNext/>
        <w:jc w:val="center"/>
        <w:spacing w:after="40" w:before="0" w:line="240"/>
        <w:rPr>
          <w:lang w:eastAsia="ko-KR"/>
          <w:rFonts w:ascii="맑은 고딕" w:eastAsia="맑은 고딕" w:hAnsi="맑은 고딕" w:hint="eastAsia"/>
          <w:b/>
          <w:color w:val="0B6B67"/>
          <w:sz w:val="28"/>
          <w:szCs w:val="28"/>
          <w:rtl w:val="off"/>
        </w:rPr>
      </w:pPr>
      <w:r>
        <w:rPr>
          <w:lang w:eastAsia="ko-KR"/>
          <w:rFonts w:ascii="맑은 고딕" w:eastAsia="맑은 고딕" w:hAnsi="맑은 고딕" w:hint="default"/>
          <w:b/>
          <w:color w:val="C7922D"/>
          <w:sz w:val="40"/>
          <w:szCs w:val="40"/>
          <w:rtl w:val="off"/>
        </w:rPr>
        <w:t>“시흥의 정서를 오롯이 커피에 담다”</w:t>
      </w:r>
    </w:p>
    <w:p>
      <w:pPr>
        <w:keepNext/>
        <w:jc w:val="center"/>
        <w:pBdr>
          <w:bottom w:val="single" w:sz="12" w:space="8" w:color="C7922D"/>
        </w:pBdr>
        <w:spacing w:after="120" w:before="0" w:line="240"/>
        <w:rPr>
          <w:rFonts w:ascii="맑은 고딕" w:eastAsia="맑은 고딕" w:hAnsi="맑은 고딕" w:hint="default"/>
          <w:b/>
          <w:bCs/>
          <w:color w:val="0B6B67"/>
          <w:sz w:val="22"/>
          <w:szCs w:val="22"/>
        </w:rPr>
      </w:pPr>
      <w:r>
        <w:rPr>
          <w:rFonts w:ascii="맑은 고딕" w:eastAsia="맑은 고딕" w:hAnsi="맑은 고딕" w:hint="default"/>
          <w:b/>
          <w:bCs/>
          <w:color w:val="0B6B67"/>
          <w:sz w:val="26"/>
          <w:szCs w:val="26"/>
        </w:rPr>
        <w:t xml:space="preserve">시그니처 </w:t>
      </w:r>
      <w:r>
        <w:rPr>
          <w:lang w:eastAsia="ko-KR"/>
          <w:rFonts w:ascii="맑은 고딕" w:eastAsia="맑은 고딕" w:hAnsi="맑은 고딕" w:hint="default"/>
          <w:b/>
          <w:bCs/>
          <w:color w:val="0B6B67"/>
          <w:sz w:val="26"/>
          <w:szCs w:val="26"/>
          <w:rtl w:val="off"/>
        </w:rPr>
        <w:t xml:space="preserve">커피 </w:t>
      </w:r>
      <w:r>
        <w:rPr>
          <w:rFonts w:ascii="맑은 고딕" w:eastAsia="맑은 고딕" w:hAnsi="맑은 고딕" w:hint="default"/>
          <w:b/>
          <w:bCs/>
          <w:color w:val="0B6B67"/>
          <w:sz w:val="26"/>
          <w:szCs w:val="26"/>
        </w:rPr>
        <w:t>원두 큐레이션 노트</w:t>
      </w:r>
      <w:r>
        <w:rPr>
          <w:lang w:eastAsia="ko-KR"/>
          <w:rFonts w:ascii="맑은 고딕" w:eastAsia="맑은 고딕" w:hAnsi="맑은 고딕" w:hint="default"/>
          <w:b/>
          <w:bCs/>
          <w:color w:val="0B6B67"/>
          <w:sz w:val="22"/>
          <w:szCs w:val="22"/>
          <w:rtl w:val="off"/>
        </w:rPr>
        <w:t>(</w:t>
      </w:r>
      <w:r>
        <w:rPr>
          <w:rFonts w:ascii="맑은 고딕" w:eastAsia="맑은 고딕" w:hAnsi="맑은 고딕" w:hint="default"/>
          <w:b/>
          <w:bCs/>
          <w:color w:val="0B6B67"/>
          <w:sz w:val="22"/>
          <w:szCs w:val="22"/>
        </w:rPr>
        <w:t xml:space="preserve">Signature </w:t>
      </w:r>
      <w:r>
        <w:rPr>
          <w:lang w:eastAsia="ko-KR"/>
          <w:rFonts w:ascii="맑은 고딕" w:eastAsia="맑은 고딕" w:hAnsi="맑은 고딕" w:hint="default"/>
          <w:b/>
          <w:bCs/>
          <w:color w:val="0B6B67"/>
          <w:sz w:val="22"/>
          <w:szCs w:val="22"/>
          <w:rtl w:val="off"/>
        </w:rPr>
        <w:t xml:space="preserve">Coffee </w:t>
      </w:r>
      <w:r>
        <w:rPr>
          <w:rFonts w:ascii="맑은 고딕" w:eastAsia="맑은 고딕" w:hAnsi="맑은 고딕" w:hint="default"/>
          <w:b/>
          <w:bCs/>
          <w:color w:val="0B6B67"/>
          <w:sz w:val="22"/>
          <w:szCs w:val="22"/>
        </w:rPr>
        <w:t>Bean Curation Note</w:t>
      </w:r>
      <w:r>
        <w:rPr>
          <w:lang w:eastAsia="ko-KR"/>
          <w:rFonts w:ascii="맑은 고딕" w:eastAsia="맑은 고딕" w:hAnsi="맑은 고딕" w:hint="default"/>
          <w:b/>
          <w:bCs/>
          <w:color w:val="0B6B67"/>
          <w:sz w:val="22"/>
          <w:szCs w:val="22"/>
          <w:rtl w:val="off"/>
        </w:rPr>
        <w:t>)</w:t>
      </w:r>
    </w:p>
    <w:p>
      <w:pPr>
        <w:ind w:firstLine="0"/>
        <w:jc w:val="left"/>
        <w:shd w:val="clear" w:color="auto" w:fill="auto"/>
        <w:spacing w:after="0" w:line="240"/>
        <w:rPr>
          <w:caps w:val="off"/>
          <w:lang w:eastAsia="ko-KR"/>
          <w:rFonts w:ascii="맑은 고딕" w:eastAsia="맑은 고딕" w:hAnsi="맑은 고딕" w:cs="pplxSerif" w:hint="eastAsia"/>
          <w:b/>
          <w:bCs/>
          <w:i w:val="0"/>
          <w:sz w:val="20"/>
          <w:szCs w:val="18"/>
          <w:rtl w:val="off"/>
        </w:rPr>
      </w:pPr>
    </w:p>
    <w:p>
      <w:pPr>
        <w:ind w:firstLine="0"/>
        <w:jc w:val="left"/>
        <w:pBdr>
          <w:left w:val="single" w:sz="18" w:space="6" w:color="C7922D"/>
        </w:pBdr>
        <w:shd w:val="clear" w:color="auto" w:fill="F7FBFA"/>
        <w:spacing w:after="120" w:before="40" w:line="240"/>
        <w:rPr>
          <w:caps w:val="off"/>
          <w:lang w:eastAsia="ko-KR"/>
          <w:rFonts w:ascii="맑은 고딕" w:eastAsia="맑은 고딕" w:hAnsi="맑은 고딕" w:cs="pplxSerif" w:hint="eastAsia"/>
          <w:b/>
          <w:bCs/>
          <w:i w:val="0"/>
          <w:sz w:val="20"/>
          <w:szCs w:val="18"/>
          <w:rtl w:val="off"/>
        </w:rPr>
      </w:pPr>
      <w:r>
        <w:rPr>
          <w:caps w:val="off"/>
          <w:lang w:eastAsia="ko-KR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  <w:rtl w:val="off"/>
        </w:rPr>
        <w:t xml:space="preserve">제4회 </w:t>
      </w:r>
      <w:r>
        <w:rPr>
          <w:caps w:val="off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</w:rPr>
        <w:t xml:space="preserve"> </w:t>
      </w:r>
      <w:r>
        <w:rPr>
          <w:caps w:val="off"/>
          <w:lang w:eastAsia="ko-KR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  <w:rtl w:val="off"/>
        </w:rPr>
        <w:t>세계커피콩축제</w:t>
      </w:r>
      <w:r>
        <w:rPr>
          <w:caps w:val="off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</w:rPr>
        <w:t xml:space="preserve">의 </w:t>
      </w:r>
      <w:r>
        <w:rPr>
          <w:caps w:val="off"/>
          <w:lang w:eastAsia="ko-KR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  <w:rtl w:val="off"/>
        </w:rPr>
        <w:t>부대행사인 &lt;카페 그랑프리- 시흥 2026&gt;</w:t>
      </w:r>
      <w:r>
        <w:rPr>
          <w:caps w:val="off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</w:rPr>
        <w:t xml:space="preserve"> </w:t>
      </w:r>
      <w:r>
        <w:rPr>
          <w:caps w:val="off"/>
          <w:lang w:eastAsia="ko-KR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  <w:rtl w:val="off"/>
        </w:rPr>
        <w:t xml:space="preserve">은 시흥시의 삶과 정서를 </w:t>
      </w:r>
      <w:r>
        <w:rPr>
          <w:caps w:val="off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</w:rPr>
        <w:t>커피로 표현하는 문화</w:t>
      </w:r>
      <w:r>
        <w:rPr>
          <w:caps w:val="off"/>
          <w:lang w:eastAsia="ko-KR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  <w:rtl w:val="off"/>
        </w:rPr>
        <w:t xml:space="preserve"> 행사입니다.</w:t>
      </w:r>
      <w:r>
        <w:rPr>
          <w:caps w:val="off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</w:rPr>
        <w:t xml:space="preserve"> </w:t>
      </w:r>
      <w:r>
        <w:rPr>
          <w:caps w:val="off"/>
          <w:lang w:eastAsia="ko-KR"/>
          <w:rFonts w:ascii="맑은 고딕" w:eastAsia="맑은 고딕" w:hAnsi="맑은 고딕" w:cs="pplxSerif"/>
          <w:b/>
          <w:bCs/>
          <w:i w:val="0"/>
          <w:color w:val="263331"/>
          <w:sz w:val="20"/>
          <w:szCs w:val="18"/>
          <w:rtl w:val="off"/>
        </w:rPr>
        <w:t xml:space="preserve">대회 참가에 감사드리며, 아래 내용을 성의있게 작성해 주시기를 요청드립니다. 분량은 자유입니다. </w:t>
      </w:r>
    </w:p>
    <w:p>
      <w:pPr>
        <w:ind w:firstLine="0"/>
        <w:jc w:val="left"/>
        <w:shd w:val="clear" w:color="auto" w:fill="auto"/>
        <w:spacing w:after="0" w:line="360"/>
        <w:rPr>
          <w:caps w:val="off"/>
          <w:rFonts w:ascii="맑은 고딕" w:eastAsia="맑은 고딕" w:hAnsi="맑은 고딕" w:cs="pplxSerif"/>
          <w:b w:val="0"/>
          <w:i w:val="0"/>
          <w:sz w:val="24"/>
        </w:rPr>
      </w:pPr>
    </w:p>
    <w:tbl>
      <w:tblPr>
        <w:tblStyle w:val="TableGrid"/>
        <w:tblW w:w="8625" w:type="dxa"/>
        <w:tblBorders>
          <w:top w:val="single" w:sz="8" w:space="0" w:color="0B6B67"/>
          <w:left w:val="single" w:sz="8" w:space="0" w:color="0B6B67"/>
          <w:bottom w:val="single" w:sz="8" w:space="0" w:color="0B6B67"/>
          <w:right w:val="single" w:sz="8" w:space="0" w:color="0B6B67"/>
          <w:insideH w:val="single" w:sz="4" w:space="0" w:color="B8CFCC"/>
          <w:insideV w:val="single" w:sz="4" w:space="0" w:color="B8CFCC"/>
        </w:tblBorders>
        <w:tblLook w:val="04A0" w:firstRow="1" w:lastRow="0" w:firstColumn="1" w:lastColumn="0" w:noHBand="0" w:noVBand="1"/>
        <w:jc w:val="center"/>
        <w:tblCellMar>
          <w:top w:w="90" w:type="dxa"/>
          <w:left w:w="110" w:type="dxa"/>
          <w:bottom w:w="90" w:type="dxa"/>
          <w:right w:w="110" w:type="dxa"/>
        </w:tblCellMar>
      </w:tblPr>
      <w:tblGrid>
        <w:gridCol w:w="1220"/>
        <w:gridCol w:w="3357"/>
        <w:gridCol w:w="1129"/>
        <w:gridCol w:w="2917"/>
      </w:tblGrid>
      <w:tr>
        <w:trPr>
          <w:trHeight w:val="440" w:hRule="atLeast"/>
        </w:trPr>
        <w:tc>
          <w:tcPr>
            <w:tcW w:w="1220" w:type="dxa"/>
            <w:tcBorders>
              <w:bottom w:val="nil" w:sz="4" w:space="0" w:color="B8CFCC"/>
            </w:tcBorders>
            <w:shd w:val="clear" w:color="auto" w:fill="0B6B67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FFFFFF"/>
                <w:sz w:val="20"/>
                <w:szCs w:val="20"/>
                <w:rtl w:val="off"/>
              </w:rPr>
              <w:t>카페 상호</w:t>
            </w:r>
          </w:p>
        </w:tc>
        <w:tc>
          <w:tcPr>
            <w:tcW w:w="3357" w:type="dxa"/>
            <w:shd w:val="clear" w:color="auto" w:fill="FFFFFF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rFonts w:ascii="맑은 고딕" w:eastAsia="맑은 고딕" w:hAnsi="맑은 고딕" w:hint="default"/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1129" w:type="dxa"/>
            <w:shd w:val="clear" w:color="auto" w:fill="0B6B67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FFFFFF"/>
                <w:sz w:val="20"/>
                <w:szCs w:val="20"/>
                <w:rtl w:val="off"/>
              </w:rPr>
              <w:t>대표 이름</w:t>
            </w:r>
            <w:r>
              <w:rPr>
                <w:rFonts w:ascii="맑은 고딕" w:eastAsia="맑은 고딕" w:hAnsi="맑은 고딕" w:hint="default"/>
                <w:color w:val="FFFFFF"/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917" w:type="dxa"/>
            <w:shd w:val="clear" w:color="auto" w:fill="FFFFFF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</w:tr>
      <w:tr>
        <w:trPr>
          <w:trHeight w:val="440" w:hRule="atLeast"/>
        </w:trPr>
        <w:tc>
          <w:tcPr>
            <w:tcW w:w="1220" w:type="dxa"/>
            <w:tcBorders>
              <w:top w:val="nil" w:sz="4" w:space="0" w:color="B8CFCC"/>
            </w:tcBorders>
            <w:shd w:val="clear" w:color="auto" w:fill="0B6B67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FFFFFF"/>
                <w:sz w:val="20"/>
                <w:szCs w:val="20"/>
                <w:rtl w:val="off"/>
              </w:rPr>
              <w:t>출품원두</w:t>
            </w:r>
          </w:p>
        </w:tc>
        <w:tc>
          <w:tcPr>
            <w:tcW w:w="3357" w:type="dxa"/>
            <w:shd w:val="clear" w:color="auto" w:fill="F7F0E2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263331"/>
                <w:sz w:val="20"/>
                <w:szCs w:val="20"/>
                <w:rtl w:val="off"/>
              </w:rPr>
              <w:t>드립용 300g인지 확인하세요</w:t>
            </w:r>
          </w:p>
        </w:tc>
        <w:tc>
          <w:tcPr>
            <w:tcW w:w="1129" w:type="dxa"/>
            <w:shd w:val="clear" w:color="auto" w:fill="0B6B67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FFFFFF"/>
                <w:sz w:val="20"/>
                <w:szCs w:val="20"/>
                <w:rtl w:val="off"/>
              </w:rPr>
              <w:t>휴대전화</w:t>
            </w:r>
          </w:p>
        </w:tc>
        <w:tc>
          <w:tcPr>
            <w:tcW w:w="2917" w:type="dxa"/>
            <w:shd w:val="clear" w:color="auto" w:fill="FFFFFF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</w:tr>
      <w:tr>
        <w:trPr>
          <w:trHeight w:val="440" w:hRule="atLeast"/>
        </w:trPr>
        <w:tc>
          <w:tcPr>
            <w:tcW w:w="4578" w:type="dxa"/>
            <w:gridSpan w:val="2"/>
            <w:shd w:val="clear" w:color="auto" w:fill="F7F0E2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263331"/>
                <w:sz w:val="20"/>
                <w:szCs w:val="20"/>
                <w:rtl w:val="off"/>
              </w:rPr>
              <w:t>커피와 물의 비율을 1:15로 해서 드립 추출(종이 필터 사용)하여 테이스팅 평가합니다.</w:t>
            </w:r>
          </w:p>
        </w:tc>
        <w:tc>
          <w:tcPr>
            <w:tcW w:w="1129" w:type="dxa"/>
            <w:shd w:val="clear" w:color="auto" w:fill="0B6B67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  <w:r>
              <w:rPr>
                <w:lang w:eastAsia="ko-KR"/>
                <w:rFonts w:ascii="맑은 고딕" w:eastAsia="맑은 고딕" w:hAnsi="맑은 고딕" w:hint="default"/>
                <w:color w:val="FFFFFF"/>
                <w:sz w:val="20"/>
                <w:szCs w:val="20"/>
                <w:rtl w:val="off"/>
              </w:rPr>
              <w:t>이메일</w:t>
            </w:r>
          </w:p>
        </w:tc>
        <w:tc>
          <w:tcPr>
            <w:tcW w:w="2917" w:type="dxa"/>
            <w:shd w:val="clear" w:color="auto" w:fill="FFFFFF"/>
          </w:tcPr>
          <w:p>
            <w:pPr>
              <w:jc w:val="center"/>
              <w:rPr>
                <w:rFonts w:ascii="맑은 고딕" w:eastAsia="맑은 고딕" w:hAnsi="맑은 고딕" w:hint="default"/>
                <w:sz w:val="20"/>
                <w:szCs w:val="20"/>
              </w:rPr>
            </w:pPr>
          </w:p>
        </w:tc>
      </w:tr>
    </w:tbl>
    <w:p>
      <w:pPr>
        <w:spacing w:after="0" w:line="240"/>
        <w:rPr>
          <w:rFonts w:ascii="맑은 고딕" w:eastAsia="맑은 고딕" w:hAnsi="맑은 고딕" w:hint="default"/>
        </w:rPr>
      </w:pPr>
    </w:p>
    <w:tbl>
      <w:tblPr>
        <w:tblStyle w:val="TableGrid"/>
        <w:tblW w:w="8640" w:type="dxa"/>
        <w:tblBorders>
          <w:top w:val="single" w:sz="8" w:space="0" w:color="0B6B67"/>
          <w:left w:val="single" w:sz="8" w:space="0" w:color="0B6B67"/>
          <w:bottom w:val="single" w:sz="8" w:space="0" w:color="0B6B67"/>
          <w:right w:val="single" w:sz="8" w:space="0" w:color="0B6B67"/>
          <w:insideH w:val="single" w:sz="4" w:space="0" w:color="B8CFCC"/>
          <w:insideV w:val="single" w:sz="4" w:space="0" w:color="B8CFCC"/>
        </w:tblBorders>
        <w:tblLook w:val="04A0" w:firstRow="1" w:lastRow="0" w:firstColumn="1" w:lastColumn="0" w:noHBand="0" w:noVBand="1"/>
        <w:jc w:val="center"/>
        <w:tblCellMar>
          <w:top w:w="90" w:type="dxa"/>
          <w:left w:w="110" w:type="dxa"/>
          <w:bottom w:w="90" w:type="dxa"/>
          <w:right w:w="110" w:type="dxa"/>
        </w:tblCellMar>
      </w:tblPr>
      <w:tblGrid>
        <w:gridCol w:w="8640"/>
      </w:tblGrid>
      <w:tr>
        <w:trPr>
          <w:trHeight w:val="500" w:hRule="atLeast"/>
        </w:trPr>
        <w:tc>
          <w:tcPr>
            <w:tcW w:w="8640" w:type="dxa"/>
            <w:tcBorders>
              <w:left w:val="single" w:sz="18" w:space="0" w:color="C7922D"/>
            </w:tcBorders>
            <w:shd w:val="clear" w:color="auto" w:fill="E8F3F1"/>
          </w:tcPr>
          <w:p>
            <w:pPr>
              <w:rPr>
                <w:rFonts w:ascii="맑은 고딕" w:eastAsia="맑은 고딕" w:hAnsi="맑은 고딕" w:hint="default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  <w:rtl w:val="off"/>
              </w:rPr>
              <w:t xml:space="preserve">1. </w:t>
            </w:r>
            <w:r>
              <w:rPr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</w:rPr>
              <w:t>서사(Narrative)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: 출품한 시그니처 커피 원두의 특징을 서술하세요.   </w:t>
            </w:r>
          </w:p>
        </w:tc>
      </w:tr>
      <w:tr>
        <w:trPr>
          <w:trHeight w:val="720" w:hRule="atLeast"/>
        </w:trPr>
        <w:tc>
          <w:tcPr>
            <w:tcW w:w="8640" w:type="dxa"/>
            <w:shd w:val="clear" w:color="auto" w:fill="FFFFFF"/>
          </w:tcPr>
          <w:p>
            <w:pPr>
              <w:rPr>
                <w:lang w:eastAsia="ko-KR"/>
                <w:rFonts w:ascii="맑은 고딕" w:eastAsia="맑은 고딕" w:hAnsi="맑은 고딕" w:hint="eastAsia"/>
                <w:rtl w:val="off"/>
              </w:rPr>
            </w:pPr>
          </w:p>
          <w:p>
            <w:pPr>
              <w:rPr>
                <w:rFonts w:ascii="맑은 고딕" w:eastAsia="맑은 고딕" w:hAnsi="맑은 고딕" w:hint="default"/>
              </w:rPr>
            </w:pPr>
          </w:p>
        </w:tc>
      </w:tr>
    </w:tbl>
    <w:p>
      <w:pPr>
        <w:spacing w:after="0" w:line="240"/>
        <w:rPr>
          <w:rFonts w:ascii="맑은 고딕" w:eastAsia="맑은 고딕" w:hAnsi="맑은 고딕" w:hint="default"/>
        </w:rPr>
      </w:pPr>
    </w:p>
    <w:tbl>
      <w:tblPr>
        <w:tblStyle w:val="TableGrid"/>
        <w:tblW w:w="8640" w:type="dxa"/>
        <w:tblBorders>
          <w:top w:val="single" w:sz="8" w:space="0" w:color="0B6B67"/>
          <w:left w:val="single" w:sz="8" w:space="0" w:color="0B6B67"/>
          <w:bottom w:val="single" w:sz="8" w:space="0" w:color="0B6B67"/>
          <w:right w:val="single" w:sz="8" w:space="0" w:color="0B6B67"/>
          <w:insideH w:val="single" w:sz="4" w:space="0" w:color="B8CFCC"/>
          <w:insideV w:val="single" w:sz="4" w:space="0" w:color="B8CFCC"/>
        </w:tblBorders>
        <w:tblLook w:val="04A0" w:firstRow="1" w:lastRow="0" w:firstColumn="1" w:lastColumn="0" w:noHBand="0" w:noVBand="1"/>
        <w:jc w:val="center"/>
        <w:tblCellMar>
          <w:top w:w="90" w:type="dxa"/>
          <w:left w:w="110" w:type="dxa"/>
          <w:bottom w:w="90" w:type="dxa"/>
          <w:right w:w="110" w:type="dxa"/>
        </w:tblCellMar>
      </w:tblPr>
      <w:tblGrid>
        <w:gridCol w:w="8640"/>
      </w:tblGrid>
      <w:tr>
        <w:trPr>
          <w:trHeight w:val="500" w:hRule="atLeast"/>
        </w:trPr>
        <w:tc>
          <w:tcPr>
            <w:tcW w:w="8640" w:type="dxa"/>
            <w:tcBorders>
              <w:left w:val="single" w:sz="18" w:space="0" w:color="C7922D"/>
            </w:tcBorders>
            <w:shd w:val="clear" w:color="auto" w:fill="E8F3F1"/>
          </w:tcPr>
          <w:p>
            <w:pPr>
              <w:ind w:firstLine="0"/>
              <w:shd w:val="clear" w:color="auto" w:fill="auto"/>
              <w:rPr>
                <w:rFonts w:ascii="맑은 고딕" w:eastAsia="맑은 고딕" w:hAnsi="맑은 고딕" w:hint="default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  <w:rtl w:val="off"/>
              </w:rPr>
              <w:t xml:space="preserve">2. </w:t>
            </w:r>
            <w:r>
              <w:rPr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</w:rPr>
              <w:t>구조(Structure)</w:t>
            </w:r>
            <w:r>
              <w:rPr>
                <w:lang w:eastAsia="ko-KR"/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  <w:rtl w:val="off"/>
              </w:rPr>
              <w:t>: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 시흥과 당신의 커피를 이야기로 만들어 주세요. 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 xml:space="preserve">어떤 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>생두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>를 선택했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>으며, 어떻게 볶았는지(또는 어떻게 볶인 커피를 선택했는지),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 xml:space="preserve"> 그리고 그 선택이 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>시흥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 xml:space="preserve">의 정서와 어떻게 연결되는지를 구체적으로 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>서술하세요.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   </w:t>
            </w:r>
          </w:p>
        </w:tc>
      </w:tr>
      <w:tr>
        <w:trPr>
          <w:trHeight w:val="720" w:hRule="atLeast"/>
        </w:trPr>
        <w:tc>
          <w:tcPr>
            <w:tcW w:w="8640" w:type="dxa"/>
            <w:shd w:val="clear" w:color="auto" w:fill="FFFFFF"/>
          </w:tcPr>
          <w:p>
            <w:pPr>
              <w:rPr>
                <w:lang w:eastAsia="ko-KR"/>
                <w:rFonts w:ascii="맑은 고딕" w:eastAsia="맑은 고딕" w:hAnsi="맑은 고딕" w:hint="eastAsia"/>
                <w:rtl w:val="off"/>
              </w:rPr>
            </w:pPr>
          </w:p>
          <w:p>
            <w:pPr>
              <w:rPr>
                <w:rFonts w:ascii="맑은 고딕" w:eastAsia="맑은 고딕" w:hAnsi="맑은 고딕" w:hint="default"/>
              </w:rPr>
            </w:pPr>
          </w:p>
        </w:tc>
      </w:tr>
    </w:tbl>
    <w:p>
      <w:pPr>
        <w:rPr>
          <w:rFonts w:ascii="맑은 고딕" w:eastAsia="맑은 고딕" w:hAnsi="맑은 고딕" w:hint="default"/>
        </w:rPr>
      </w:pPr>
    </w:p>
    <w:tbl>
      <w:tblPr>
        <w:tblStyle w:val="TableGrid"/>
        <w:tblW w:w="8640" w:type="dxa"/>
        <w:tblBorders>
          <w:top w:val="single" w:sz="8" w:space="0" w:color="0B6B67"/>
          <w:left w:val="single" w:sz="8" w:space="0" w:color="0B6B67"/>
          <w:bottom w:val="single" w:sz="8" w:space="0" w:color="0B6B67"/>
          <w:right w:val="single" w:sz="8" w:space="0" w:color="0B6B67"/>
          <w:insideH w:val="single" w:sz="4" w:space="0" w:color="B8CFCC"/>
          <w:insideV w:val="single" w:sz="4" w:space="0" w:color="B8CFCC"/>
        </w:tblBorders>
        <w:tblLook w:val="04A0" w:firstRow="1" w:lastRow="0" w:firstColumn="1" w:lastColumn="0" w:noHBand="0" w:noVBand="1"/>
        <w:jc w:val="center"/>
        <w:tblCellMar>
          <w:top w:w="90" w:type="dxa"/>
          <w:left w:w="110" w:type="dxa"/>
          <w:bottom w:w="90" w:type="dxa"/>
          <w:right w:w="110" w:type="dxa"/>
        </w:tblCellMar>
      </w:tblPr>
      <w:tblGrid>
        <w:gridCol w:w="8640"/>
      </w:tblGrid>
      <w:tr>
        <w:trPr>
          <w:trHeight w:val="500" w:hRule="atLeast"/>
        </w:trPr>
        <w:tc>
          <w:tcPr>
            <w:tcW w:w="8640" w:type="dxa"/>
            <w:tcBorders>
              <w:left w:val="single" w:sz="18" w:space="0" w:color="C7922D"/>
            </w:tcBorders>
            <w:shd w:val="clear" w:color="auto" w:fill="E8F3F1"/>
          </w:tcPr>
          <w:p>
            <w:pPr>
              <w:rPr>
                <w:rFonts w:ascii="맑은 고딕" w:eastAsia="맑은 고딕" w:hAnsi="맑은 고딕" w:hint="default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  <w:rtl w:val="off"/>
              </w:rPr>
              <w:t xml:space="preserve">3. </w:t>
            </w:r>
            <w:r>
              <w:rPr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</w:rPr>
              <w:t>변주(Transformation)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: 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 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>로스팅 프로파일과 최종 향미를 기술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 xml:space="preserve">하세요. 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 xml:space="preserve">투입 온도, 배출 시점, 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>발현비율(DTR)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 xml:space="preserve"> 등 핵심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 xml:space="preserve"> 프로파일과 </w:t>
            </w:r>
            <w:r>
              <w:rPr>
                <w:caps w:val="off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</w:rPr>
              <w:t xml:space="preserve">함께 완성된 커피의 향, 맛, 질감, 여운을 감각적으로 </w:t>
            </w:r>
            <w:r>
              <w:rPr>
                <w:caps w:val="off"/>
                <w:lang w:eastAsia="ko-KR"/>
                <w:rFonts w:ascii="맑은 고딕" w:eastAsia="맑은 고딕" w:hAnsi="맑은 고딕" w:cs="pplxSerif"/>
                <w:b w:val="0"/>
                <w:i w:val="0"/>
                <w:color w:val="164B49"/>
                <w:sz w:val="20"/>
                <w:szCs w:val="20"/>
                <w:rtl w:val="off"/>
              </w:rPr>
              <w:t xml:space="preserve">서술하세요. </w:t>
            </w:r>
          </w:p>
        </w:tc>
      </w:tr>
      <w:tr>
        <w:trPr>
          <w:trHeight w:val="720" w:hRule="atLeast"/>
        </w:trPr>
        <w:tc>
          <w:tcPr>
            <w:tcW w:w="8640" w:type="dxa"/>
            <w:shd w:val="clear" w:color="auto" w:fill="FFFFFF"/>
          </w:tcPr>
          <w:p>
            <w:pPr>
              <w:rPr>
                <w:lang w:eastAsia="ko-KR"/>
                <w:rFonts w:ascii="맑은 고딕" w:eastAsia="맑은 고딕" w:hAnsi="맑은 고딕" w:hint="eastAsia"/>
                <w:rtl w:val="off"/>
              </w:rPr>
            </w:pPr>
          </w:p>
          <w:p>
            <w:pPr>
              <w:rPr>
                <w:rFonts w:ascii="맑은 고딕" w:eastAsia="맑은 고딕" w:hAnsi="맑은 고딕" w:hint="default"/>
              </w:rPr>
            </w:pPr>
          </w:p>
        </w:tc>
      </w:tr>
    </w:tbl>
    <w:p>
      <w:pPr>
        <w:rPr>
          <w:rFonts w:ascii="맑은 고딕" w:eastAsia="맑은 고딕" w:hAnsi="맑은 고딕" w:hint="default"/>
        </w:rPr>
      </w:pPr>
    </w:p>
    <w:tbl>
      <w:tblPr>
        <w:tblStyle w:val="TableGrid"/>
        <w:tblW w:w="8640" w:type="dxa"/>
        <w:tblBorders>
          <w:top w:val="single" w:sz="8" w:space="0" w:color="0B6B67"/>
          <w:left w:val="single" w:sz="8" w:space="0" w:color="0B6B67"/>
          <w:bottom w:val="single" w:sz="8" w:space="0" w:color="0B6B67"/>
          <w:right w:val="single" w:sz="8" w:space="0" w:color="0B6B67"/>
          <w:insideH w:val="single" w:sz="4" w:space="0" w:color="B8CFCC"/>
          <w:insideV w:val="single" w:sz="4" w:space="0" w:color="B8CFCC"/>
        </w:tblBorders>
        <w:tblLook w:val="04A0" w:firstRow="1" w:lastRow="0" w:firstColumn="1" w:lastColumn="0" w:noHBand="0" w:noVBand="1"/>
        <w:jc w:val="center"/>
        <w:tblCellMar>
          <w:top w:w="90" w:type="dxa"/>
          <w:left w:w="110" w:type="dxa"/>
          <w:bottom w:w="90" w:type="dxa"/>
          <w:right w:w="110" w:type="dxa"/>
        </w:tblCellMar>
      </w:tblPr>
      <w:tblGrid>
        <w:gridCol w:w="8640"/>
      </w:tblGrid>
      <w:tr>
        <w:trPr>
          <w:trHeight w:val="500" w:hRule="atLeast"/>
        </w:trPr>
        <w:tc>
          <w:tcPr>
            <w:tcW w:w="8640" w:type="dxa"/>
            <w:tcBorders>
              <w:left w:val="single" w:sz="18" w:space="0" w:color="C7922D"/>
            </w:tcBorders>
            <w:shd w:val="clear" w:color="auto" w:fill="E8F3F1"/>
          </w:tcPr>
          <w:p>
            <w:pPr>
              <w:rPr>
                <w:rFonts w:ascii="맑은 고딕" w:eastAsia="맑은 고딕" w:hAnsi="맑은 고딕" w:hint="default"/>
              </w:rPr>
            </w:pPr>
            <w:r>
              <w:rPr>
                <w:lang w:eastAsia="ko-KR"/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  <w:rtl w:val="off"/>
              </w:rPr>
              <w:t xml:space="preserve">4. </w:t>
            </w:r>
            <w:r>
              <w:rPr>
                <w:rFonts w:ascii="맑은 고딕" w:eastAsia="맑은 고딕" w:hAnsi="맑은 고딕" w:hint="default"/>
                <w:b/>
                <w:bCs/>
                <w:color w:val="164B49"/>
                <w:sz w:val="20"/>
                <w:szCs w:val="20"/>
              </w:rPr>
              <w:t>명명(Naming)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: 당신의 커피 </w:t>
            </w:r>
            <w:r>
              <w:rPr>
                <w:rFonts w:ascii="맑은 고딕" w:eastAsia="맑은 고딕" w:hAnsi="맑은 고딕" w:hint="default"/>
                <w:color w:val="164B49"/>
                <w:sz w:val="20"/>
                <w:szCs w:val="20"/>
              </w:rPr>
              <w:t>철학과 향미를 응축한 시그니처 원두의 이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 xml:space="preserve">름을 지어 주세요. </w:t>
            </w:r>
            <w:r>
              <w:rPr>
                <w:rFonts w:ascii="맑은 고딕" w:eastAsia="맑은 고딕" w:hAnsi="맑은 고딕" w:hint="default"/>
                <w:color w:val="164B49"/>
                <w:sz w:val="20"/>
                <w:szCs w:val="20"/>
              </w:rPr>
              <w:t>이름은 기억을 남</w:t>
            </w:r>
            <w:r>
              <w:rPr>
                <w:lang w:eastAsia="ko-KR"/>
                <w:rFonts w:ascii="맑은 고딕" w:eastAsia="맑은 고딕" w:hAnsi="맑은 고딕" w:hint="default"/>
                <w:color w:val="164B49"/>
                <w:sz w:val="20"/>
                <w:szCs w:val="20"/>
                <w:rtl w:val="off"/>
              </w:rPr>
              <w:t>깁니다. 시흥</w:t>
            </w:r>
            <w:r>
              <w:rPr>
                <w:rFonts w:ascii="맑은 고딕" w:eastAsia="맑은 고딕" w:hAnsi="맑은 고딕" w:hint="default"/>
                <w:color w:val="164B49"/>
                <w:sz w:val="20"/>
                <w:szCs w:val="20"/>
              </w:rPr>
              <w:t>의 장소성, 카페의 정체성, 그리고 원두의 개성을 하나로 묶는 상징적 명칭을 기대합니다.</w:t>
            </w:r>
          </w:p>
        </w:tc>
      </w:tr>
      <w:tr>
        <w:trPr>
          <w:trHeight w:val="720" w:hRule="atLeast"/>
        </w:trPr>
        <w:tc>
          <w:tcPr>
            <w:tcW w:w="8640" w:type="dxa"/>
            <w:shd w:val="clear" w:color="auto" w:fill="FFFFFF"/>
          </w:tcPr>
          <w:p>
            <w:pPr>
              <w:rPr>
                <w:lang w:eastAsia="ko-KR"/>
                <w:rFonts w:ascii="맑은 고딕" w:eastAsia="맑은 고딕" w:hAnsi="맑은 고딕" w:hint="eastAsia"/>
                <w:rtl w:val="off"/>
              </w:rPr>
            </w:pPr>
          </w:p>
          <w:p>
            <w:pPr>
              <w:rPr>
                <w:rFonts w:ascii="맑은 고딕" w:eastAsia="맑은 고딕" w:hAnsi="맑은 고딕" w:hint="default"/>
              </w:rPr>
            </w:pPr>
          </w:p>
        </w:tc>
      </w:tr>
    </w:tbl>
    <w:p>
      <w:pPr>
        <w:rPr>
          <w:lang w:eastAsia="ko-KR"/>
          <w:rFonts w:ascii="맑은 고딕" w:eastAsia="맑은 고딕" w:hAnsi="맑은 고딕" w:hint="eastAsia"/>
          <w:sz w:val="20"/>
          <w:szCs w:val="20"/>
          <w:rtl w:val="off"/>
        </w:rPr>
      </w:pPr>
    </w:p>
    <w:p>
      <w:pPr>
        <w:pBdr>
          <w:top w:val="single" w:sz="8" w:space="6" w:color="C7922D"/>
        </w:pBdr>
        <w:rPr>
          <w:rFonts w:ascii="맑은 고딕" w:eastAsia="맑은 고딕" w:hAnsi="맑은 고딕" w:hint="default"/>
        </w:rPr>
      </w:pPr>
      <w:r>
        <w:rPr>
          <w:lang w:eastAsia="ko-KR"/>
          <w:rFonts w:ascii="맑은 고딕" w:eastAsia="맑은 고딕" w:hAnsi="맑은 고딕" w:hint="default"/>
          <w:color w:val="0B6B67"/>
          <w:sz w:val="20"/>
          <w:szCs w:val="20"/>
          <w:rtl w:val="off"/>
        </w:rPr>
        <w:t>&lt;이상&gt;</w:t>
      </w:r>
    </w:p>
    <w:sectPr>
      <w:pgSz w:w="11907" w:h="16840"/>
      <w:pgMar w:top="680" w:right="1020" w:bottom="720" w:left="1020" w:header="720" w:footer="720" w:gutter="0"/>
      <w:cols w:space="720"/>
      <w:docGrid w:linePitch="360"/>
      <w:headerReference w:type="default" r:id="rId1"/>
      <w:footerReference w:type="default" r:id="rId2"/>
      <w:pgBorders w:offsetFrom="page" w:zOrder="front">
        <w:top w:val="single" w:sz="16" w:space="18" w:color="C7922D"/>
        <w:left w:val="single" w:sz="6" w:space="16" w:color="0B6B67"/>
        <w:bottom w:val="single" w:sz="8" w:space="16" w:color="0B6B67"/>
        <w:right w:val="single" w:sz="6" w:space="16" w:color="0B6B67"/>
      </w:pgBorder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charset w:val="00"/>
    <w:notTrueType w:val="false"/>
    <w:sig w:usb0="9000002F" w:usb1="29D77CFB" w:usb2="00000012" w:usb3="00000001" w:csb0="00080001" w:csb1="00000001"/>
  </w:font>
  <w:font w:name="pplxSerif">
    <w:charset w:val="00"/>
    <w:notTrueType w:val="false"/>
  </w:font>
  <w:font w:name="한컴산뜻돋움">
    <w:panose1 w:val="02000000000000000000"/>
    <w:charset w:val="00"/>
    <w:notTrueType w:val="false"/>
    <w:sig w:usb0="800002A7" w:usb1="39D7FCFB" w:usb2="00000014" w:usb3="00000001" w:csb0="00080001" w:csb1="00000001"/>
  </w:font>
  <w:font w:name="Courier">
    <w:panose1 w:val="02000500FFFFFFFFFFFF"/>
    <w:family w:val="auto"/>
    <w:charset w:val="00"/>
    <w:notTrueType w:val="false"/>
    <w:pitch w:val="variable"/>
    <w:sig w:usb0="00000003" w:usb1="00000000" w:usb2="00000000" w:usb3="00000000" w:csb0="00000001" w:csb1="00000000"/>
  </w:font>
  <w:font w:name="Symbol">
    <w:panose1 w:val="05050102010706020507"/>
    <w:family w:val="auto"/>
    <w:charset w:val="02"/>
    <w:notTrueType w:val="false"/>
    <w:sig w:usb0="00000001" w:usb1="00000001" w:usb2="00000001" w:usb3="00000001" w:csb0="80000000" w:csb1="00000001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sdt>
    <w:sdtPr>
      <w:id w:val="-1"/>
      <w:docPartObj>
        <w:docPartGallery w:val="Page Numbers (Bottom of Page)"/>
        <w:docPartUnique/>
      </w:docPartObj>
    </w:sdtPr>
    <w:sdtContent>
      <w:sdt>
        <w:sdtPr>
          <w:rPr>
            <w:rFonts w:hint="eastAsia"/>
          </w:rPr>
          <w:id w:val="-1"/>
          <w:docPartObj>
            <w:docPartGallery w:val="Page Numbers (Bottom of Page)"/>
            <w:docPartUnique/>
          </w:docPartObj>
        </w:sdtPr>
        <w:sdtEndPr>
          <w:rPr>
            <w:rFonts w:hint="default"/>
          </w:rPr>
        </w:sdtEndPr>
        <w:sdtContent>
          <w:p>
            <w:pPr>
              <w:pStyle w:val="Footer"/>
              <w:jc w:val="center"/>
            </w:pPr>
            <w:r/>
            <w:r/>
            <w:r>
              <w:rPr>
                <w:rFonts w:hint="eastAsia"/>
              </w:rPr>
              <w:t xml:space="preserve">페이지 </w:t>
            </w:r>
            <w:r>
              <w:rPr>
                <w:b/>
              </w:rPr>
              <w:fldChar w:fldCharType="begin"/>
            </w:r>
            <w:r>
              <w:rPr>
                <w:rFonts w:hint="eastAsia"/>
                <w:b/>
              </w:rPr>
              <w:instrText>PAGE   \* MERGEFORMAT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>
              <w:t>/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</w:t>
            </w:r>
            <w:r>
              <w:rPr>
                <w:b/>
              </w:rPr>
              <w:fldChar w:fldCharType="end"/>
            </w:r>
            <w:r/>
          </w:p>
        </w:sdtContent>
      </w:sdt>
      <w:p>
        <w:r/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  <w:rPr>
        <w:rFonts w:ascii="한컴산뜻돋움" w:eastAsia="한컴산뜻돋움" w:hAnsi="한컴산뜻돋움" w:hint="default"/>
        <w:sz w:val="10"/>
        <w:szCs w:val="10"/>
      </w:rPr>
    </w:pPr>
    <w:r>
      <w:rPr>
        <w:lang w:eastAsia="ko-KR"/>
        <w:rFonts w:ascii="한컴산뜻돋움" w:eastAsia="한컴산뜻돋움" w:hAnsi="한컴산뜻돋움" w:hint="default"/>
        <w:b/>
        <w:sz w:val="24"/>
        <w:szCs w:val="10"/>
        <w:rtl w:val="off"/>
      </w:rPr>
      <w:t>제4회 세계커피콩축제: 카페 그랑프리-시흥 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ListBullet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ListBullet2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ListBullet3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ListNumber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ListNumber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ListNumber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val="bestFit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09"/>
    <w:lsdException w:name="toc 2" w:uiPriority="309"/>
    <w:lsdException w:name="toc 3" w:uiPriority="309"/>
    <w:lsdException w:name="toc 4" w:uiPriority="309"/>
    <w:lsdException w:name="toc 5" w:uiPriority="309"/>
    <w:lsdException w:name="toc 6" w:uiPriority="309"/>
    <w:lsdException w:name="toc 7" w:uiPriority="309"/>
    <w:lsdException w:name="toc 8" w:uiPriority="309"/>
    <w:lsdException w:name="toc 9" w:uiPriority="309"/>
    <w:lsdException w:name="caption" w:uiPriority="305" w:qFormat="1"/>
    <w:lsdException w:name="Title" w:semiHidden="0" w:uiPriority="52" w:unhideWhenUsed="0" w:qFormat="1"/>
    <w:lsdException w:name="Default Paragraph Font" w:uiPriority="1"/>
    <w:lsdException w:name="Subtitle" w:semiHidden="0" w:uiPriority="53" w:unhideWhenUsed="0" w:qFormat="1"/>
    <w:lsdException w:name="Strong" w:semiHidden="0" w:uiPriority="130" w:unhideWhenUsed="0" w:qFormat="1"/>
    <w:lsdException w:name="Emphasis" w:semiHidden="0" w:uiPriority="128" w:unhideWhenUsed="0" w:qFormat="1"/>
    <w:lsdException w:name="Table Grid" w:semiHidden="0" w:uiPriority="785" w:unhideWhenUsed="0"/>
    <w:lsdException w:name="Placeholder Text" w:unhideWhenUsed="0"/>
    <w:lsdException w:name="No Spacing" w:semiHidden="0" w:uiPriority="1" w:unhideWhenUsed="0" w:qFormat="1"/>
    <w:lsdException w:name="Light Shading" w:semiHidden="0" w:uiPriority="822" w:unhideWhenUsed="0"/>
    <w:lsdException w:name="Light List" w:semiHidden="0" w:uiPriority="823" w:unhideWhenUsed="0"/>
    <w:lsdException w:name="Light Grid" w:semiHidden="0" w:uiPriority="824" w:unhideWhenUsed="0"/>
    <w:lsdException w:name="Medium Shading 1" w:semiHidden="0" w:uiPriority="825" w:unhideWhenUsed="0"/>
    <w:lsdException w:name="Medium Shading 2" w:semiHidden="0" w:uiPriority="1432" w:unhideWhenUsed="0"/>
    <w:lsdException w:name="Medium List 1" w:semiHidden="0" w:uiPriority="1433" w:unhideWhenUsed="0"/>
    <w:lsdException w:name="Medium List 2" w:semiHidden="0" w:uiPriority="1536" w:unhideWhenUsed="0"/>
    <w:lsdException w:name="Medium Grid 1" w:semiHidden="0" w:uiPriority="1537" w:unhideWhenUsed="0"/>
    <w:lsdException w:name="Medium Grid 2" w:semiHidden="0" w:uiPriority="1544" w:unhideWhenUsed="0"/>
    <w:lsdException w:name="Medium Grid 3" w:semiHidden="0" w:uiPriority="1545" w:unhideWhenUsed="0"/>
    <w:lsdException w:name="Dark List" w:semiHidden="0" w:uiPriority="1576" w:unhideWhenUsed="0"/>
    <w:lsdException w:name="Colorful Shading" w:semiHidden="0" w:uiPriority="1577" w:unhideWhenUsed="0"/>
    <w:lsdException w:name="Colorful List" w:semiHidden="0" w:uiPriority="1584" w:unhideWhenUsed="0"/>
    <w:lsdException w:name="Colorful Grid" w:semiHidden="0" w:uiPriority="1585" w:unhideWhenUsed="0"/>
    <w:lsdException w:name="Light Shading Accent 1" w:semiHidden="0" w:uiPriority="822" w:unhideWhenUsed="0"/>
    <w:lsdException w:name="Light List Accent 1" w:semiHidden="0" w:uiPriority="823" w:unhideWhenUsed="0"/>
    <w:lsdException w:name="Light Grid Accent 1" w:semiHidden="0" w:uiPriority="824" w:unhideWhenUsed="0"/>
    <w:lsdException w:name="Medium Shading 1 Accent 1" w:semiHidden="0" w:uiPriority="825" w:unhideWhenUsed="0"/>
    <w:lsdException w:name="Medium Shading 2 Accent 1" w:semiHidden="0" w:uiPriority="1432" w:unhideWhenUsed="0"/>
    <w:lsdException w:name="Medium List 1 Accent 1" w:semiHidden="0" w:uiPriority="1433" w:unhideWhenUsed="0"/>
    <w:lsdException w:name="Revision" w:unhideWhenUsed="0"/>
    <w:lsdException w:name="List Paragraph" w:semiHidden="0" w:uiPriority="304" w:unhideWhenUsed="0" w:qFormat="1"/>
    <w:lsdException w:name="Quote" w:semiHidden="0" w:uiPriority="257" w:unhideWhenUsed="0" w:qFormat="1"/>
    <w:lsdException w:name="Intense Quote" w:semiHidden="0" w:uiPriority="276" w:unhideWhenUsed="0" w:qFormat="1"/>
    <w:lsdException w:name="Medium List 2 Accent 1" w:semiHidden="0" w:uiPriority="1536" w:unhideWhenUsed="0"/>
    <w:lsdException w:name="Medium Grid 1 Accent 1" w:semiHidden="0" w:uiPriority="1537" w:unhideWhenUsed="0"/>
    <w:lsdException w:name="Medium Grid 2 Accent 1" w:semiHidden="0" w:uiPriority="1544" w:unhideWhenUsed="0"/>
    <w:lsdException w:name="Medium Grid 3 Accent 1" w:semiHidden="0" w:uiPriority="1545" w:unhideWhenUsed="0"/>
    <w:lsdException w:name="Dark List Accent 1" w:semiHidden="0" w:uiPriority="1576" w:unhideWhenUsed="0"/>
    <w:lsdException w:name="Colorful Shading Accent 1" w:semiHidden="0" w:uiPriority="1577" w:unhideWhenUsed="0"/>
    <w:lsdException w:name="Colorful List Accent 1" w:semiHidden="0" w:uiPriority="1584" w:unhideWhenUsed="0"/>
    <w:lsdException w:name="Colorful Grid Accent 1" w:semiHidden="0" w:uiPriority="1585" w:unhideWhenUsed="0"/>
    <w:lsdException w:name="Light Shading Accent 2" w:semiHidden="0" w:uiPriority="822" w:unhideWhenUsed="0"/>
    <w:lsdException w:name="Light List Accent 2" w:semiHidden="0" w:uiPriority="823" w:unhideWhenUsed="0"/>
    <w:lsdException w:name="Light Grid Accent 2" w:semiHidden="0" w:uiPriority="824" w:unhideWhenUsed="0"/>
    <w:lsdException w:name="Medium Shading 1 Accent 2" w:semiHidden="0" w:uiPriority="825" w:unhideWhenUsed="0"/>
    <w:lsdException w:name="Medium Shading 2 Accent 2" w:semiHidden="0" w:uiPriority="1432" w:unhideWhenUsed="0"/>
    <w:lsdException w:name="Medium List 1 Accent 2" w:semiHidden="0" w:uiPriority="1433" w:unhideWhenUsed="0"/>
    <w:lsdException w:name="Medium List 2 Accent 2" w:semiHidden="0" w:uiPriority="1536" w:unhideWhenUsed="0"/>
    <w:lsdException w:name="Medium Grid 1 Accent 2" w:semiHidden="0" w:uiPriority="1537" w:unhideWhenUsed="0"/>
    <w:lsdException w:name="Medium Grid 2 Accent 2" w:semiHidden="0" w:uiPriority="1544" w:unhideWhenUsed="0"/>
    <w:lsdException w:name="Medium Grid 3 Accent 2" w:semiHidden="0" w:uiPriority="1545" w:unhideWhenUsed="0"/>
    <w:lsdException w:name="Dark List Accent 2" w:semiHidden="0" w:uiPriority="1576" w:unhideWhenUsed="0"/>
    <w:lsdException w:name="Colorful Shading Accent 2" w:semiHidden="0" w:uiPriority="1577" w:unhideWhenUsed="0"/>
    <w:lsdException w:name="Colorful List Accent 2" w:semiHidden="0" w:uiPriority="1584" w:unhideWhenUsed="0"/>
    <w:lsdException w:name="Colorful Grid Accent 2" w:semiHidden="0" w:uiPriority="1585" w:unhideWhenUsed="0"/>
    <w:lsdException w:name="Light Shading Accent 3" w:semiHidden="0" w:uiPriority="822" w:unhideWhenUsed="0"/>
    <w:lsdException w:name="Light List Accent 3" w:semiHidden="0" w:uiPriority="823" w:unhideWhenUsed="0"/>
    <w:lsdException w:name="Light Grid Accent 3" w:semiHidden="0" w:uiPriority="824" w:unhideWhenUsed="0"/>
    <w:lsdException w:name="Medium Shading 1 Accent 3" w:semiHidden="0" w:uiPriority="825" w:unhideWhenUsed="0"/>
    <w:lsdException w:name="Medium Shading 2 Accent 3" w:semiHidden="0" w:uiPriority="1432" w:unhideWhenUsed="0"/>
    <w:lsdException w:name="Medium List 1 Accent 3" w:semiHidden="0" w:uiPriority="1433" w:unhideWhenUsed="0"/>
    <w:lsdException w:name="Medium List 2 Accent 3" w:semiHidden="0" w:uiPriority="1536" w:unhideWhenUsed="0"/>
    <w:lsdException w:name="Medium Grid 1 Accent 3" w:semiHidden="0" w:uiPriority="1537" w:unhideWhenUsed="0"/>
    <w:lsdException w:name="Medium Grid 2 Accent 3" w:semiHidden="0" w:uiPriority="1544" w:unhideWhenUsed="0"/>
    <w:lsdException w:name="Medium Grid 3 Accent 3" w:semiHidden="0" w:uiPriority="1545" w:unhideWhenUsed="0"/>
    <w:lsdException w:name="Dark List Accent 3" w:semiHidden="0" w:uiPriority="1576" w:unhideWhenUsed="0"/>
    <w:lsdException w:name="Colorful Shading Accent 3" w:semiHidden="0" w:uiPriority="1577" w:unhideWhenUsed="0"/>
    <w:lsdException w:name="Colorful List Accent 3" w:semiHidden="0" w:uiPriority="1584" w:unhideWhenUsed="0"/>
    <w:lsdException w:name="Colorful Grid Accent 3" w:semiHidden="0" w:uiPriority="1585" w:unhideWhenUsed="0"/>
    <w:lsdException w:name="Light Shading Accent 4" w:semiHidden="0" w:uiPriority="822" w:unhideWhenUsed="0"/>
    <w:lsdException w:name="Light List Accent 4" w:semiHidden="0" w:uiPriority="823" w:unhideWhenUsed="0"/>
    <w:lsdException w:name="Light Grid Accent 4" w:semiHidden="0" w:uiPriority="824" w:unhideWhenUsed="0"/>
    <w:lsdException w:name="Medium Shading 1 Accent 4" w:semiHidden="0" w:uiPriority="825" w:unhideWhenUsed="0"/>
    <w:lsdException w:name="Medium Shading 2 Accent 4" w:semiHidden="0" w:uiPriority="1432" w:unhideWhenUsed="0"/>
    <w:lsdException w:name="Medium List 1 Accent 4" w:semiHidden="0" w:uiPriority="1433" w:unhideWhenUsed="0"/>
    <w:lsdException w:name="Medium List 2 Accent 4" w:semiHidden="0" w:uiPriority="1536" w:unhideWhenUsed="0"/>
    <w:lsdException w:name="Medium Grid 1 Accent 4" w:semiHidden="0" w:uiPriority="1537" w:unhideWhenUsed="0"/>
    <w:lsdException w:name="Medium Grid 2 Accent 4" w:semiHidden="0" w:uiPriority="1544" w:unhideWhenUsed="0"/>
    <w:lsdException w:name="Medium Grid 3 Accent 4" w:semiHidden="0" w:uiPriority="1545" w:unhideWhenUsed="0"/>
    <w:lsdException w:name="Dark List Accent 4" w:semiHidden="0" w:uiPriority="1576" w:unhideWhenUsed="0"/>
    <w:lsdException w:name="Colorful Shading Accent 4" w:semiHidden="0" w:uiPriority="1577" w:unhideWhenUsed="0"/>
    <w:lsdException w:name="Colorful List Accent 4" w:semiHidden="0" w:uiPriority="1584" w:unhideWhenUsed="0"/>
    <w:lsdException w:name="Colorful Grid Accent 4" w:semiHidden="0" w:uiPriority="1585" w:unhideWhenUsed="0"/>
    <w:lsdException w:name="Light Shading Accent 5" w:semiHidden="0" w:uiPriority="822" w:unhideWhenUsed="0"/>
    <w:lsdException w:name="Light List Accent 5" w:semiHidden="0" w:uiPriority="823" w:unhideWhenUsed="0"/>
    <w:lsdException w:name="Light Grid Accent 5" w:semiHidden="0" w:uiPriority="824" w:unhideWhenUsed="0"/>
    <w:lsdException w:name="Medium Shading 1 Accent 5" w:semiHidden="0" w:uiPriority="825" w:unhideWhenUsed="0"/>
    <w:lsdException w:name="Medium Shading 2 Accent 5" w:semiHidden="0" w:uiPriority="1432" w:unhideWhenUsed="0"/>
    <w:lsdException w:name="Medium List 1 Accent 5" w:semiHidden="0" w:uiPriority="1433" w:unhideWhenUsed="0"/>
    <w:lsdException w:name="Medium List 2 Accent 5" w:semiHidden="0" w:uiPriority="1536" w:unhideWhenUsed="0"/>
    <w:lsdException w:name="Medium Grid 1 Accent 5" w:semiHidden="0" w:uiPriority="1537" w:unhideWhenUsed="0"/>
    <w:lsdException w:name="Medium Grid 2 Accent 5" w:semiHidden="0" w:uiPriority="1544" w:unhideWhenUsed="0"/>
    <w:lsdException w:name="Medium Grid 3 Accent 5" w:semiHidden="0" w:uiPriority="1545" w:unhideWhenUsed="0"/>
    <w:lsdException w:name="Dark List Accent 5" w:semiHidden="0" w:uiPriority="1576" w:unhideWhenUsed="0"/>
    <w:lsdException w:name="Colorful Shading Accent 5" w:semiHidden="0" w:uiPriority="1577" w:unhideWhenUsed="0"/>
    <w:lsdException w:name="Colorful List Accent 5" w:semiHidden="0" w:uiPriority="1584" w:unhideWhenUsed="0"/>
    <w:lsdException w:name="Colorful Grid Accent 5" w:semiHidden="0" w:uiPriority="1585" w:unhideWhenUsed="0"/>
    <w:lsdException w:name="Light Shading Accent 6" w:semiHidden="0" w:uiPriority="822" w:unhideWhenUsed="0"/>
    <w:lsdException w:name="Light List Accent 6" w:semiHidden="0" w:uiPriority="823" w:unhideWhenUsed="0"/>
    <w:lsdException w:name="Light Grid Accent 6" w:semiHidden="0" w:uiPriority="824" w:unhideWhenUsed="0"/>
    <w:lsdException w:name="Medium Shading 1 Accent 6" w:semiHidden="0" w:uiPriority="825" w:unhideWhenUsed="0"/>
    <w:lsdException w:name="Medium Shading 2 Accent 6" w:semiHidden="0" w:uiPriority="1432" w:unhideWhenUsed="0"/>
    <w:lsdException w:name="Medium List 1 Accent 6" w:semiHidden="0" w:uiPriority="1433" w:unhideWhenUsed="0"/>
    <w:lsdException w:name="Medium List 2 Accent 6" w:semiHidden="0" w:uiPriority="1536" w:unhideWhenUsed="0"/>
    <w:lsdException w:name="Medium Grid 1 Accent 6" w:semiHidden="0" w:uiPriority="1537" w:unhideWhenUsed="0"/>
    <w:lsdException w:name="Medium Grid 2 Accent 6" w:semiHidden="0" w:uiPriority="1544" w:unhideWhenUsed="0"/>
    <w:lsdException w:name="Medium Grid 3 Accent 6" w:semiHidden="0" w:uiPriority="1545" w:unhideWhenUsed="0"/>
    <w:lsdException w:name="Dark List Accent 6" w:semiHidden="0" w:uiPriority="1576" w:unhideWhenUsed="0"/>
    <w:lsdException w:name="Colorful Shading Accent 6" w:semiHidden="0" w:uiPriority="1577" w:unhideWhenUsed="0"/>
    <w:lsdException w:name="Colorful List Accent 6" w:semiHidden="0" w:uiPriority="1584" w:unhideWhenUsed="0"/>
    <w:lsdException w:name="Colorful Grid Accent 6" w:semiHidden="0" w:uiPriority="1585" w:unhideWhenUsed="0"/>
    <w:lsdException w:name="Subtle Emphasis" w:semiHidden="0" w:uiPriority="85" w:unhideWhenUsed="0" w:qFormat="1"/>
    <w:lsdException w:name="Intense Emphasis" w:semiHidden="0" w:uiPriority="129" w:unhideWhenUsed="0" w:qFormat="1"/>
    <w:lsdException w:name="Subtle Reference" w:semiHidden="0" w:uiPriority="277" w:unhideWhenUsed="0" w:qFormat="1"/>
    <w:lsdException w:name="Intense Reference" w:semiHidden="0" w:uiPriority="296" w:unhideWhenUsed="0" w:qFormat="1"/>
    <w:lsdException w:name="Book Title" w:semiHidden="0" w:uiPriority="297" w:unhideWhenUsed="0" w:qFormat="1"/>
    <w:lsdException w:name="Bibliography" w:uiPriority="307"/>
    <w:lsdException w:name="TOC Heading" w:uiPriority="309" w:qFormat="1"/>
  </w:latentStyles>
  <w:style w:type="paragraph" w:default="1" w:styleId="Normal">
    <w:name w:val="Normal"/>
    <w:qFormat/>
  </w:style>
  <w:style w:type="paragraph" w:customStyle="1" w:styleId="Header">
    <w:name w:val="header"/>
    <w:uiPriority w:val="99"/>
    <w:basedOn w:val="Normal"/>
    <w:link w:val="Head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customStyle="1" w:styleId="Footer">
    <w:name w:val="footer"/>
    <w:uiPriority w:val="99"/>
    <w:basedOn w:val="Normal"/>
    <w:link w:val="Footer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uiPriority w:val="99"/>
    <w:basedOn w:val="DefaultParagraphFont"/>
    <w:link w:val="Footer"/>
  </w:style>
  <w:style w:type="paragraph" w:styleId="Heading1">
    <w:name w:val="heading 1"/>
    <w:uiPriority w:val="9"/>
    <w:basedOn w:val="Normal"/>
    <w:next w:val="Normal"/>
    <w:link w:val="Heading1Char"/>
    <w:qFormat/>
    <w:pPr>
      <w:keepNext/>
      <w:keepLines/>
      <w:outlineLvl w:val="0"/>
      <w:spacing w:after="0" w:before="48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Heading2">
    <w:name w:val="heading 2"/>
    <w:uiPriority w:val="9"/>
    <w:basedOn w:val="Normal"/>
    <w:next w:val="Normal"/>
    <w:link w:val="Heading2Char"/>
    <w:qFormat/>
    <w:unhideWhenUsed/>
    <w:pPr>
      <w:keepNext/>
      <w:keepLines/>
      <w:outlineLvl w:val="1"/>
      <w:spacing w:after="0" w:before="20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Heading3">
    <w:name w:val="heading 3"/>
    <w:uiPriority w:val="9"/>
    <w:basedOn w:val="Normal"/>
    <w:next w:val="Normal"/>
    <w:link w:val="Heading3Char"/>
    <w:qFormat/>
    <w:unhideWhenUsed/>
    <w:pPr>
      <w:keepNext/>
      <w:keepLines/>
      <w:outlineLvl w:val="2"/>
      <w:spacing w:after="0" w:before="200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Heading4">
    <w:name w:val="heading 4"/>
    <w:uiPriority w:val="9"/>
    <w:basedOn w:val="Normal"/>
    <w:next w:val="Normal"/>
    <w:link w:val="Heading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Heading5">
    <w:name w:val="heading 5"/>
    <w:uiPriority w:val="9"/>
    <w:basedOn w:val="Normal"/>
    <w:next w:val="Normal"/>
    <w:link w:val="Heading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Heading6">
    <w:name w:val="heading 6"/>
    <w:uiPriority w:val="9"/>
    <w:basedOn w:val="Normal"/>
    <w:next w:val="Normal"/>
    <w:link w:val="Heading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Heading7">
    <w:name w:val="heading 7"/>
    <w:uiPriority w:val="9"/>
    <w:basedOn w:val="Normal"/>
    <w:next w:val="Normal"/>
    <w:link w:val="Heading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Heading8">
    <w:name w:val="heading 8"/>
    <w:uiPriority w:val="9"/>
    <w:basedOn w:val="Normal"/>
    <w:next w:val="Normal"/>
    <w:link w:val="Heading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Heading9">
    <w:name w:val="heading 9"/>
    <w:uiPriority w:val="9"/>
    <w:basedOn w:val="Normal"/>
    <w:next w:val="Normal"/>
    <w:link w:val="Heading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basedOn w:val="DefaultParagraphFont"/>
    <w:link w:val="Heading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Heading2Char">
    <w:name w:val="Heading 2 Char"/>
    <w:uiPriority w:val="9"/>
    <w:basedOn w:val="DefaultParagraphFont"/>
    <w:link w:val="Heading2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Heading3Char">
    <w:name w:val="Heading 3 Char"/>
    <w:uiPriority w:val="9"/>
    <w:basedOn w:val="DefaultParagraphFont"/>
    <w:link w:val="Heading3"/>
    <w:rPr>
      <w:rFonts w:asciiTheme="majorHAnsi" w:eastAsiaTheme="majorEastAsia" w:hAnsiTheme="majorHAnsi" w:cstheme="majorBidi"/>
      <w:b/>
      <w:bCs/>
      <w:color w:val="4F81BD"/>
    </w:rPr>
  </w:style>
  <w:style w:type="paragraph" w:styleId="Title">
    <w:name w:val="Title"/>
    <w:uiPriority w:val="10"/>
    <w:basedOn w:val="Normal"/>
    <w:next w:val="Normal"/>
    <w:link w:val="TitleChar"/>
    <w:qFormat/>
    <w:pPr>
      <w:contextualSpacing/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character" w:customStyle="1" w:styleId="TitleChar">
    <w:name w:val="Title Char"/>
    <w:uiPriority w:val="10"/>
    <w:basedOn w:val="DefaultParagraphFont"/>
    <w:link w:val="Title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Subtitle">
    <w:name w:val="Subtitle"/>
    <w:uiPriority w:val="11"/>
    <w:basedOn w:val="Normal"/>
    <w:next w:val="Normal"/>
    <w:link w:val="SubtitleChar"/>
    <w:qFormat/>
    <w:pPr>
      <w:numPr>
        <w:ilvl w:val="0"/>
      </w:numPr>
    </w:pPr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character" w:customStyle="1" w:styleId="SubtitleChar">
    <w:name w:val="Subtitle Char"/>
    <w:uiPriority w:val="11"/>
    <w:basedOn w:val="DefaultParagraphFont"/>
    <w:link w:val="Subtitle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ListParagraph">
    <w:name w:val="List Paragraph"/>
    <w:uiPriority w:val="34"/>
    <w:basedOn w:val="Normal"/>
    <w:qFormat/>
    <w:pPr>
      <w:ind w:left="720"/>
      <w:contextualSpacing/>
    </w:pPr>
  </w:style>
  <w:style w:type="paragraph" w:customStyle="1" w:styleId="BodyText">
    <w:name w:val="Body Text"/>
    <w:uiPriority w:val="99"/>
    <w:basedOn w:val="Normal"/>
    <w:link w:val="BodyTextChar"/>
    <w:unhideWhenUsed/>
    <w:pPr>
      <w:spacing w:after="120"/>
    </w:pPr>
  </w:style>
  <w:style w:type="character" w:customStyle="1" w:styleId="BodyTextChar">
    <w:name w:val="Body Text Char"/>
    <w:uiPriority w:val="99"/>
    <w:basedOn w:val="DefaultParagraphFont"/>
    <w:link w:val="BodyText"/>
  </w:style>
  <w:style w:type="paragraph" w:customStyle="1" w:styleId="BodyText2">
    <w:name w:val="Body Text 2"/>
    <w:uiPriority w:val="99"/>
    <w:basedOn w:val="Normal"/>
    <w:link w:val="BodyText2Char"/>
    <w:unhideWhenUsed/>
    <w:pPr>
      <w:spacing w:after="120" w:line="480" w:lineRule="auto"/>
    </w:pPr>
  </w:style>
  <w:style w:type="character" w:customStyle="1" w:styleId="BodyText2Char">
    <w:name w:val="Body Text 2 Char"/>
    <w:uiPriority w:val="99"/>
    <w:basedOn w:val="DefaultParagraphFont"/>
    <w:link w:val="BodyText2"/>
  </w:style>
  <w:style w:type="paragraph" w:customStyle="1" w:styleId="BodyText3">
    <w:name w:val="Body Text 3"/>
    <w:uiPriority w:val="99"/>
    <w:basedOn w:val="Normal"/>
    <w:link w:val="BodyText3Char"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uiPriority w:val="99"/>
    <w:basedOn w:val="DefaultParagraphFont"/>
    <w:link w:val="BodyText3"/>
    <w:rPr>
      <w:sz w:val="16"/>
      <w:szCs w:val="16"/>
    </w:rPr>
  </w:style>
  <w:style w:type="paragraph" w:customStyle="1" w:styleId="List">
    <w:name w:val="List"/>
    <w:uiPriority w:val="99"/>
    <w:basedOn w:val="Normal"/>
    <w:unhideWhenUsed/>
    <w:pPr>
      <w:ind w:left="360" w:hanging="360"/>
      <w:contextualSpacing/>
    </w:pPr>
  </w:style>
  <w:style w:type="paragraph" w:customStyle="1" w:styleId="List2">
    <w:name w:val="List 2"/>
    <w:uiPriority w:val="99"/>
    <w:basedOn w:val="Normal"/>
    <w:unhideWhenUsed/>
    <w:pPr>
      <w:ind w:left="720" w:hanging="360"/>
      <w:contextualSpacing/>
    </w:pPr>
  </w:style>
  <w:style w:type="paragraph" w:customStyle="1" w:styleId="List3">
    <w:name w:val="List 3"/>
    <w:uiPriority w:val="99"/>
    <w:basedOn w:val="Normal"/>
    <w:unhideWhenUsed/>
    <w:pPr>
      <w:ind w:left="1080" w:hanging="360"/>
      <w:contextualSpacing/>
    </w:pPr>
  </w:style>
  <w:style w:type="paragraph" w:customStyle="1" w:styleId="ListBullet">
    <w:name w:val="List Bullet"/>
    <w:uiPriority w:val="99"/>
    <w:basedOn w:val="Normal"/>
    <w:unhideWhenUsed/>
    <w:pPr>
      <w:contextualSpacing/>
      <w:numPr>
        <w:ilvl w:val="0"/>
        <w:numId w:val="1"/>
      </w:numPr>
    </w:pPr>
  </w:style>
  <w:style w:type="paragraph" w:customStyle="1" w:styleId="ListBullet2">
    <w:name w:val="List Bullet 2"/>
    <w:uiPriority w:val="99"/>
    <w:basedOn w:val="Normal"/>
    <w:unhideWhenUsed/>
    <w:pPr>
      <w:contextualSpacing/>
      <w:numPr>
        <w:ilvl w:val="0"/>
        <w:numId w:val="2"/>
      </w:numPr>
    </w:pPr>
  </w:style>
  <w:style w:type="paragraph" w:customStyle="1" w:styleId="ListBullet3">
    <w:name w:val="List Bullet 3"/>
    <w:uiPriority w:val="99"/>
    <w:basedOn w:val="Normal"/>
    <w:unhideWhenUsed/>
    <w:pPr>
      <w:contextualSpacing/>
      <w:numPr>
        <w:ilvl w:val="0"/>
        <w:numId w:val="3"/>
      </w:numPr>
    </w:pPr>
  </w:style>
  <w:style w:type="paragraph" w:customStyle="1" w:styleId="ListNumber">
    <w:name w:val="List Number"/>
    <w:uiPriority w:val="99"/>
    <w:basedOn w:val="Normal"/>
    <w:unhideWhenUsed/>
    <w:pPr>
      <w:contextualSpacing/>
      <w:numPr>
        <w:ilvl w:val="0"/>
        <w:numId w:val="4"/>
      </w:numPr>
    </w:pPr>
  </w:style>
  <w:style w:type="paragraph" w:customStyle="1" w:styleId="ListNumber2">
    <w:name w:val="List Number 2"/>
    <w:uiPriority w:val="99"/>
    <w:basedOn w:val="Normal"/>
    <w:unhideWhenUsed/>
    <w:pPr>
      <w:contextualSpacing/>
      <w:numPr>
        <w:ilvl w:val="0"/>
        <w:numId w:val="5"/>
      </w:numPr>
    </w:pPr>
  </w:style>
  <w:style w:type="paragraph" w:customStyle="1" w:styleId="ListNumber3">
    <w:name w:val="List Number 3"/>
    <w:uiPriority w:val="99"/>
    <w:basedOn w:val="Normal"/>
    <w:unhideWhenUsed/>
    <w:pPr>
      <w:contextualSpacing/>
      <w:numPr>
        <w:ilvl w:val="0"/>
        <w:numId w:val="6"/>
      </w:numPr>
    </w:pPr>
  </w:style>
  <w:style w:type="paragraph" w:customStyle="1" w:styleId="ListContinue">
    <w:name w:val="List Continue"/>
    <w:uiPriority w:val="99"/>
    <w:basedOn w:val="Normal"/>
    <w:unhideWhenUsed/>
    <w:pPr>
      <w:ind w:left="360"/>
      <w:contextualSpacing/>
      <w:spacing w:after="120"/>
    </w:pPr>
  </w:style>
  <w:style w:type="paragraph" w:customStyle="1" w:styleId="ListContinue2">
    <w:name w:val="List Continue 2"/>
    <w:uiPriority w:val="99"/>
    <w:basedOn w:val="Normal"/>
    <w:unhideWhenUsed/>
    <w:pPr>
      <w:ind w:left="720"/>
      <w:contextualSpacing/>
      <w:spacing w:after="120"/>
    </w:pPr>
  </w:style>
  <w:style w:type="paragraph" w:customStyle="1" w:styleId="ListContinue3">
    <w:name w:val="List Continue 3"/>
    <w:uiPriority w:val="99"/>
    <w:basedOn w:val="Normal"/>
    <w:unhideWhenUsed/>
    <w:pPr>
      <w:ind w:left="1080"/>
      <w:contextualSpacing/>
      <w:spacing w:after="120"/>
    </w:pPr>
  </w:style>
  <w:style w:type="paragraph" w:customStyle="1" w:styleId="MacroText">
    <w:name w:val="macro"/>
    <w:uiPriority w:val="99"/>
    <w:link w:val="MacroTextChar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uiPriority w:val="99"/>
    <w:basedOn w:val="DefaultParagraphFont"/>
    <w:link w:val="MacroText"/>
    <w:rPr>
      <w:rFonts w:ascii="Courier" w:hAnsi="Courier"/>
      <w:sz w:val="20"/>
      <w:szCs w:val="20"/>
    </w:rPr>
  </w:style>
  <w:style w:type="paragraph" w:styleId="Quote">
    <w:name w:val="Quote"/>
    <w:uiPriority w:val="29"/>
    <w:basedOn w:val="Normal"/>
    <w:next w:val="Normal"/>
    <w:link w:val="QuoteChar"/>
    <w:qFormat/>
    <w:rPr>
      <w:i/>
      <w:iCs/>
      <w:color w:val="000000"/>
    </w:rPr>
  </w:style>
  <w:style w:type="character" w:customStyle="1" w:styleId="QuoteChar">
    <w:name w:val="Quote Char"/>
    <w:uiPriority w:val="29"/>
    <w:basedOn w:val="DefaultParagraphFont"/>
    <w:link w:val="Quote"/>
    <w:rPr>
      <w:i/>
      <w:iCs/>
      <w:color w:val="000000"/>
    </w:rPr>
  </w:style>
  <w:style w:type="character" w:customStyle="1" w:styleId="Heading4Char">
    <w:name w:val="Heading 4 Char"/>
    <w:uiPriority w:val="9"/>
    <w:basedOn w:val="DefaultParagraphFont"/>
    <w:link w:val="Heading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Heading5Char">
    <w:name w:val="Heading 5 Char"/>
    <w:uiPriority w:val="9"/>
    <w:basedOn w:val="DefaultParagraphFont"/>
    <w:link w:val="Heading5"/>
    <w:semiHidden/>
    <w:rPr>
      <w:rFonts w:asciiTheme="majorHAnsi" w:eastAsiaTheme="majorEastAsia" w:hAnsiTheme="majorHAnsi" w:cstheme="majorBidi"/>
      <w:color w:val="244061"/>
    </w:rPr>
  </w:style>
  <w:style w:type="character" w:customStyle="1" w:styleId="Heading6Char">
    <w:name w:val="Heading 6 Char"/>
    <w:uiPriority w:val="9"/>
    <w:basedOn w:val="DefaultParagraphFont"/>
    <w:link w:val="Heading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Heading7Char">
    <w:name w:val="Heading 7 Char"/>
    <w:uiPriority w:val="9"/>
    <w:basedOn w:val="DefaultParagraphFont"/>
    <w:link w:val="Heading7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Heading8Char">
    <w:name w:val="Heading 8 Char"/>
    <w:uiPriority w:val="9"/>
    <w:basedOn w:val="DefaultParagraphFont"/>
    <w:link w:val="Heading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Heading9Char">
    <w:name w:val="Heading 9 Char"/>
    <w:uiPriority w:val="9"/>
    <w:basedOn w:val="DefaultParagraphFont"/>
    <w:link w:val="Heading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Caption">
    <w:name w:val="caption"/>
    <w:uiPriority w:val="35"/>
    <w:basedOn w:val="Normal"/>
    <w:next w:val="Normal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Strong">
    <w:name w:val="Strong"/>
    <w:uiPriority w:val="22"/>
    <w:basedOn w:val="DefaultParagraphFont"/>
    <w:qFormat/>
    <w:rPr>
      <w:b/>
      <w:bCs/>
    </w:rPr>
  </w:style>
  <w:style w:type="character" w:styleId="Emphasis">
    <w:name w:val="Emphasis"/>
    <w:uiPriority w:val="20"/>
    <w:basedOn w:val="DefaultParagraphFont"/>
    <w:qFormat/>
    <w:rPr>
      <w:i/>
      <w:iCs/>
    </w:rPr>
  </w:style>
  <w:style w:type="paragraph" w:styleId="IntenseQuote">
    <w:name w:val="Intense Quote"/>
    <w:uiPriority w:val="30"/>
    <w:basedOn w:val="Normal"/>
    <w:next w:val="Normal"/>
    <w:link w:val="IntenseQuoteChar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IntenseQuoteChar">
    <w:name w:val="Intense Quote Char"/>
    <w:uiPriority w:val="30"/>
    <w:basedOn w:val="DefaultParagraphFont"/>
    <w:link w:val="IntenseQuote"/>
    <w:rPr>
      <w:b/>
      <w:bCs/>
      <w:i/>
      <w:iCs/>
      <w:color w:val="4F81BD"/>
    </w:rPr>
  </w:style>
  <w:style w:type="character" w:styleId="SubtleEmphasis">
    <w:name w:val="Subtle Emphasis"/>
    <w:uiPriority w:val="19"/>
    <w:basedOn w:val="DefaultParagraphFont"/>
    <w:qFormat/>
    <w:rPr>
      <w:i/>
      <w:iCs/>
      <w:color w:val="7F7F7F"/>
    </w:rPr>
  </w:style>
  <w:style w:type="character" w:styleId="IntenseEmphasis">
    <w:name w:val="Intense Emphasis"/>
    <w:uiPriority w:val="21"/>
    <w:basedOn w:val="DefaultParagraphFont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basedOn w:val="DefaultParagraphFont"/>
    <w:qFormat/>
    <w:rPr>
      <w:smallCaps/>
      <w:color w:val="C0504D"/>
      <w:u w:val="single" w:color="auto"/>
    </w:rPr>
  </w:style>
  <w:style w:type="character" w:styleId="IntenseReference">
    <w:name w:val="Intense Reference"/>
    <w:uiPriority w:val="32"/>
    <w:basedOn w:val="DefaultParagraphFont"/>
    <w:qFormat/>
    <w:rPr>
      <w:b/>
      <w:bCs/>
      <w:smallCaps/>
      <w:color w:val="C0504D"/>
      <w:u w:val="single" w:color="auto"/>
      <w:spacing w:val="5"/>
    </w:rPr>
  </w:style>
  <w:style w:type="character" w:styleId="BookTitle">
    <w:name w:val="Book Title"/>
    <w:uiPriority w:val="33"/>
    <w:basedOn w:val="DefaultParagraphFont"/>
    <w:qFormat/>
    <w:rPr>
      <w:b/>
      <w:bCs/>
      <w:smallCaps/>
      <w:spacing w:val="5"/>
    </w:rPr>
  </w:style>
  <w:style w:type="paragraph" w:styleId="TOCHeading">
    <w:name w:val="TOC Heading"/>
    <w:uiPriority w:val="39"/>
    <w:basedOn w:val="Heading1"/>
    <w:next w:val="Normal"/>
    <w:qFormat/>
    <w:semiHidden/>
    <w:unhideWhenUsed/>
    <w:pPr>
      <w:outlineLvl w:val="9"/>
    </w:pPr>
  </w:style>
  <w:style w:type="table" w:styleId="TableGrid">
    <w:name w:val="Table Grid"/>
    <w:uiPriority w:val="59"/>
    <w:basedOn w:val="TableNormal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uiPriority w:val="60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dk1"/>
          <w:left w:val="nil"/>
          <w:bottom w:val="single" w:sz="8" w:space="0" w:color="000000" w:themeColor="dk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</w:style>
  <w:style w:type="table" w:styleId="LightShading-Accent1">
    <w:name w:val="Light Shading Accent 1"/>
    <w:uiPriority w:val="60"/>
    <w:basedOn w:val="TableNormal"/>
    <w:pPr>
      <w:spacing w:after="0" w:line="240" w:lineRule="auto"/>
    </w:pPr>
    <w:rPr>
      <w:color w:val="376092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uiPriority w:val="60"/>
    <w:basedOn w:val="TableNormal"/>
    <w:pPr>
      <w:spacing w:after="0" w:line="240" w:lineRule="auto"/>
    </w:pPr>
    <w:rPr>
      <w:color w:val="953735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LightShading-Accent3">
    <w:name w:val="Light Shading Accent 3"/>
    <w:uiPriority w:val="60"/>
    <w:basedOn w:val="TableNormal"/>
    <w:pPr>
      <w:spacing w:after="0" w:line="240" w:lineRule="auto"/>
    </w:pPr>
    <w:rPr>
      <w:color w:val="76933C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uiPriority w:val="60"/>
    <w:basedOn w:val="TableNormal"/>
    <w:pPr>
      <w:spacing w:after="0" w:line="240" w:lineRule="auto"/>
    </w:pPr>
    <w:rPr>
      <w:color w:val="604A7B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uiPriority w:val="60"/>
    <w:basedOn w:val="TableNormal"/>
    <w:pPr>
      <w:spacing w:after="0" w:line="240" w:lineRule="auto"/>
    </w:pPr>
    <w:rPr>
      <w:color w:val="31859B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LightShading-Accent6">
    <w:name w:val="Light Shading Accent 6"/>
    <w:uiPriority w:val="60"/>
    <w:basedOn w:val="TableNormal"/>
    <w:pPr>
      <w:spacing w:after="0" w:line="240" w:lineRule="auto"/>
    </w:pPr>
    <w:rPr>
      <w:color w:val="E46C0A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LightList">
    <w:name w:val="Light List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</w:style>
  <w:style w:type="table" w:styleId="LightList-Accent1">
    <w:name w:val="Light List Accent 1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uiPriority w:val="61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1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H w:val="nil"/>
          <w:insideV w:val="single" w:sz="8" w:space="0" w:color="000000" w:themeColor="dk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</w:tcPr>
    </w:tblStylePr>
    <w:tblStylePr w:type="band1Vert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  <w:shd w:val="clear" w:color="auto" w:fill="BFBFBF" w:themeFill="dk1" w:themeFillTint="3f"/>
      </w:tcPr>
    </w:tblStylePr>
    <w:tblStylePr w:type="band2Horz">
      <w:tblPr/>
      <w:tcPr>
        <w:tcBorders>
          <w:top w:val="single" w:sz="8" w:space="0" w:color="000000" w:themeColor="dk1"/>
          <w:left w:val="single" w:sz="8" w:space="0" w:color="000000" w:themeColor="dk1"/>
          <w:bottom w:val="single" w:sz="8" w:space="0" w:color="000000" w:themeColor="dk1"/>
          <w:right w:val="single" w:sz="8" w:space="0" w:color="000000" w:themeColor="dk1"/>
          <w:insideV w:val="single" w:sz="8" w:space="0" w:color="000000" w:themeColor="dk1"/>
        </w:tcBorders>
      </w:tcPr>
    </w:tblStylePr>
  </w:style>
  <w:style w:type="table" w:styleId="LightGrid-Accent1">
    <w:name w:val="Light Grid Accent 1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uiPriority w:val="62"/>
    <w:basedOn w:val="TableNormal"/>
    <w:pPr>
      <w:spacing w:after="0" w:line="240" w:lineRule="auto"/>
    </w:p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3F3F3F" w:themeColor="dk1" w:themeTint="bf"/>
          <w:left w:val="single" w:sz="8" w:space="0" w:color="3F3F3F" w:themeColor="dk1" w:themeTint="bf"/>
          <w:bottom w:val="single" w:sz="8" w:space="0" w:color="3F3F3F" w:themeColor="dk1" w:themeTint="bf"/>
          <w:right w:val="single" w:sz="8" w:space="0" w:color="3F3F3F" w:themeColor="dk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dk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uiPriority w:val="63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uiPriority w:val="64"/>
    <w:basedOn w:val="TableNormal"/>
    <w:pPr>
      <w:spacing w:after="0" w:line="240" w:lineRule="auto"/>
    </w:pPr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lt1" w:themeFillShade="d8"/>
      </w:tcPr>
    </w:tblStylePr>
    <w:tblStylePr w:type="band1Horz">
      <w:tblPr/>
      <w:tcPr>
        <w:shd w:val="clear" w:color="auto" w:fill="D8D8D8" w:themeFill="lt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000000" w:themeColor="dk1"/>
        <w:bottom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dk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dk1"/>
          <w:bottom w:val="single" w:sz="8" w:space="0" w:color="000000" w:themeColor="dk1"/>
        </w:tcBorders>
      </w:tcPr>
    </w:tblStylePr>
    <w:tblStylePr w:type="band1Vert">
      <w:tblPr/>
      <w:tcPr>
        <w:shd w:val="clear" w:color="auto" w:fill="BFBFBF" w:themeFill="dk1" w:themeFillTint="3f"/>
      </w:tcPr>
    </w:tblStylePr>
    <w:tblStylePr w:type="band1Horz">
      <w:tblPr/>
      <w:tcPr>
        <w:shd w:val="clear" w:color="auto" w:fill="BFBFBF" w:themeFill="dk1" w:themeFillTint="3f"/>
      </w:tcPr>
    </w:tblStylePr>
  </w:style>
  <w:style w:type="table" w:styleId="MediumList1-Accent1">
    <w:name w:val="Medium List 1 Accent 1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MediumList1-Accent3">
    <w:name w:val="Medium List 1 Accent 3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MediumList1-Accent6">
    <w:name w:val="Medium List 1 Accent 6"/>
    <w:uiPriority w:val="65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MediumList2">
    <w:name w:val="Medium Lis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dk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dk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000000" w:themeColor="dk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dk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uiPriority w:val="66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lt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lt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3F3F3F" w:themeColor="dk1" w:themeTint="bf"/>
        <w:left w:val="single" w:sz="8" w:space="0" w:color="3F3F3F" w:themeColor="dk1" w:themeTint="bf"/>
        <w:bottom w:val="single" w:sz="8" w:space="0" w:color="3F3F3F" w:themeColor="dk1" w:themeTint="bf"/>
        <w:right w:val="single" w:sz="8" w:space="0" w:color="3F3F3F" w:themeColor="dk1" w:themeTint="bf"/>
        <w:insideH w:val="single" w:sz="8" w:space="0" w:color="3F3F3F" w:themeColor="dk1" w:themeTint="bf"/>
        <w:insideV w:val="single" w:sz="8" w:space="0" w:color="3F3F3F" w:themeColor="dk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 w:themeColor="dk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MediumGrid1-Accent1">
    <w:name w:val="Medium Grid 1 Accent 1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MediumGrid1-Accent2">
    <w:name w:val="Medium Grid 1 Accent 2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uiPriority w:val="67"/>
    <w:basedOn w:val="TableNormal"/>
    <w:pPr>
      <w:spacing w:after="0" w:line="240" w:lineRule="auto"/>
    </w:pPr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000000" w:themeColor="dk1"/>
        <w:left w:val="single" w:sz="8" w:space="0" w:color="000000" w:themeColor="dk1"/>
        <w:bottom w:val="single" w:sz="8" w:space="0" w:color="000000" w:themeColor="dk1"/>
        <w:right w:val="single" w:sz="8" w:space="0" w:color="000000" w:themeColor="dk1"/>
        <w:insideH w:val="single" w:sz="8" w:space="0" w:color="000000" w:themeColor="dk1"/>
        <w:insideV w:val="single" w:sz="8" w:space="0" w:color="000000" w:themeColor="dk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color w:val="000000"/>
      </w:rPr>
      <w:tblPr/>
      <w:tcPr>
        <w:shd w:val="clear" w:color="auto" w:fill="E5E5E5" w:themeFill="dk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 w:themeFill="dk1" w:themeFillTint="33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tcBorders>
          <w:insideH w:val="single" w:sz="6" w:space="0" w:color="000000" w:themeColor="dk1"/>
          <w:insideV w:val="single" w:sz="6" w:space="0" w:color="000000" w:themeColor="dk1"/>
        </w:tcBorders>
        <w:shd w:val="clear" w:color="auto" w:fill="7F7F7F" w:themeFill="dk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1">
    <w:name w:val="Medium Grid 2 Accent 1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2">
    <w:name w:val="Medium Grid 2 Accent 2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3">
    <w:name w:val="Medium Grid 2 Accent 3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4">
    <w:name w:val="Medium Grid 2 Accent 4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0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5">
    <w:name w:val="Medium Grid 2 Accent 5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2-Accent6">
    <w:name w:val="Medium Grid 2 Accent 6"/>
    <w:uiPriority w:val="68"/>
    <w:basedOn w:val="TableNormal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dk1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lt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A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lt1"/>
      </w:tcPr>
    </w:tblStylePr>
  </w:style>
  <w:style w:type="table" w:styleId="MediumGrid3">
    <w:name w:val="Medium Grid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BFBFBF" w:themeFill="dk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000000" w:themeFill="dk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000000" w:themeFill="dk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7F7F7F" w:themeFill="dk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7F7F7F" w:themeFill="dk1" w:themeFillTint="7f"/>
      </w:tcPr>
    </w:tblStylePr>
  </w:style>
  <w:style w:type="table" w:styleId="MediumGrid3-Accent1">
    <w:name w:val="Medium Grid 3 Accent 1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7C0DE" w:themeFill="accent1" w:themeFillTint="7f"/>
      </w:tcPr>
    </w:tblStylePr>
  </w:style>
  <w:style w:type="table" w:styleId="MediumGrid3-Accent2">
    <w:name w:val="Medium Grid 3 Accent 2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uiPriority w:val="69"/>
    <w:basedOn w:val="TableNormal"/>
    <w:pPr>
      <w:spacing w:after="0" w:line="240" w:lineRule="auto"/>
    </w:pPr>
    <w:tblPr>
      <w:tblInd w:w="0" w:type="dxa"/>
      <w:tblBorders>
        <w:top w:val="single" w:sz="8" w:space="0" w:color="FFFFFF" w:themeColor="lt1"/>
        <w:left w:val="single" w:sz="8" w:space="0" w:color="FFFFFF" w:themeColor="lt1"/>
        <w:bottom w:val="single" w:sz="8" w:space="0" w:color="FFFFFF" w:themeColor="lt1"/>
        <w:right w:val="single" w:sz="8" w:space="0" w:color="FFFFFF" w:themeColor="lt1"/>
        <w:insideH w:val="single" w:sz="6" w:space="0" w:color="FFFFFF" w:themeColor="lt1"/>
        <w:insideV w:val="single" w:sz="6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24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single" w:sz="8" w:space="0" w:color="FFFFFF" w:themeColor="lt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lt1"/>
          <w:right w:val="single" w:sz="24" w:space="0" w:color="FFFFFF" w:themeColor="lt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lt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lt1"/>
          <w:left w:val="single" w:sz="8" w:space="0" w:color="FFFFFF" w:themeColor="lt1"/>
          <w:bottom w:val="single" w:sz="8" w:space="0" w:color="FFFFFF" w:themeColor="lt1"/>
          <w:right w:val="single" w:sz="8" w:space="0" w:color="FFFFFF" w:themeColor="lt1"/>
          <w:insideH w:val="single" w:sz="8" w:space="0" w:color="FFFFFF" w:themeColor="lt1"/>
          <w:insideV w:val="single" w:sz="8" w:space="0" w:color="FFFFFF" w:themeColor="lt1"/>
        </w:tcBorders>
        <w:shd w:val="clear" w:color="auto" w:fill="FBCAA2" w:themeFill="accent6" w:themeFillTint="7f"/>
      </w:tcPr>
    </w:tblStylePr>
  </w:style>
  <w:style w:type="table" w:styleId="DarkList">
    <w:name w:val="Dark List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000000" w:themeFill="dk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000000" w:themeFill="dk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</w:style>
  <w:style w:type="table" w:styleId="DarkList-Accent1">
    <w:name w:val="Dark List Accent 1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DarkList-Accent2">
    <w:name w:val="Dark List Accent 2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DarkList-Accent3">
    <w:name w:val="Dark List Accent 3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DarkList-Accent4">
    <w:name w:val="Dark List Accent 4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DarkList-Accent5">
    <w:name w:val="Dark List Accent 5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DarkList-Accent6">
    <w:name w:val="Dark List Accent 6"/>
    <w:uiPriority w:val="70"/>
    <w:basedOn w:val="TableNormal"/>
    <w:pPr>
      <w:spacing w:after="0" w:line="240" w:lineRule="auto"/>
    </w:pPr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lt1"/>
          <w:right w:val="nil"/>
          <w:insideH w:val="nil"/>
          <w:insideV w:val="nil"/>
        </w:tcBorders>
        <w:shd w:val="clear" w:color="auto" w:fill="000000" w:themeFill="dk1"/>
      </w:tcPr>
    </w:tblStylePr>
    <w:tblStylePr w:type="lastRow">
      <w:tblPr/>
      <w:tcPr>
        <w:tcBorders>
          <w:top w:val="single" w:sz="18" w:space="0" w:color="FFFFFF" w:themeColor="lt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lt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lt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ColorfulShading">
    <w:name w:val="Colorful Shading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000000" w:themeColor="dk1"/>
        <w:bottom w:val="single" w:sz="4" w:space="0" w:color="000000" w:themeColor="dk1"/>
        <w:right w:val="single" w:sz="4" w:space="0" w:color="000000" w:themeColor="dk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000000" w:themeFill="dk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dk1" w:themeShade="99"/>
          <w:insideV w:val="nil"/>
        </w:tcBorders>
        <w:shd w:val="clear" w:color="auto" w:fill="000000" w:themeFill="dk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dk1" w:themeFillShade="bf"/>
      </w:tcPr>
    </w:tblStylePr>
    <w:tblStylePr w:type="band1Vert">
      <w:tblPr/>
      <w:tcPr>
        <w:shd w:val="clear" w:color="auto" w:fill="989898" w:themeFill="dk1" w:themeFillTint="66"/>
      </w:tcPr>
    </w:tblStylePr>
    <w:tblStylePr w:type="band1Horz">
      <w:tblPr/>
      <w:tcPr>
        <w:shd w:val="clear" w:color="auto" w:fill="7F7F7F" w:themeFill="dk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9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7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CCC1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7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uiPriority w:val="71"/>
    <w:basedOn w:val="TableNormal"/>
    <w:pPr>
      <w:spacing w:after="0" w:line="240" w:lineRule="auto"/>
    </w:pPr>
    <w:rPr>
      <w:color w:val="000000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lt1"/>
        <w:insideV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lt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lt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BD5B5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5E5" w:themeFill="dk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dk1" w:themeFillTint="3f"/>
      </w:tcPr>
    </w:tblStylePr>
    <w:tblStylePr w:type="band1Horz">
      <w:tblPr/>
      <w:tcPr>
        <w:shd w:val="clear" w:color="auto" w:fill="CBCBCB" w:themeFill="dk1" w:themeFillTint="33"/>
      </w:tcPr>
    </w:tblStylePr>
  </w:style>
  <w:style w:type="table" w:styleId="ColorfulList-Accent1">
    <w:name w:val="Colorful List Accent 1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BF1DD" w:themeFill="accent3" w:themeFillTint="33"/>
      </w:tcPr>
    </w:tblStylePr>
  </w:style>
  <w:style w:type="table" w:styleId="ColorfulList-Accent4">
    <w:name w:val="Colorful List Accent 4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E0EC" w:themeFill="accent4" w:themeFillTint="33"/>
      </w:tcPr>
    </w:tblStylePr>
  </w:style>
  <w:style w:type="table" w:styleId="ColorfulList-Accent5">
    <w:name w:val="Colorful List Accent 5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uiPriority w:val="72"/>
    <w:basedOn w:val="TableNormal"/>
    <w:pPr>
      <w:spacing w:after="0" w:line="240" w:lineRule="auto"/>
    </w:pPr>
    <w:rPr>
      <w:color w:val="00000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lt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dk1"/>
        </w:tcBorders>
        <w:shd w:val="clear" w:color="auto" w:fill="FFFFFF" w:themeFill="lt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AD9" w:themeFill="accent6" w:themeFillTint="33"/>
      </w:tcPr>
    </w:tblStylePr>
  </w:style>
  <w:style w:type="table" w:styleId="ColorfulGrid">
    <w:name w:val="Colorful Grid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CBCBCB" w:themeFill="dk1" w:themeFillTint="33"/>
    </w:tcPr>
    <w:tblStylePr w:type="firstRow">
      <w:rPr>
        <w:b/>
        <w:bCs/>
      </w:rPr>
      <w:tblPr/>
      <w:tcPr>
        <w:shd w:val="clear" w:color="auto" w:fill="989898" w:themeFill="dk1" w:themeFillTint="66"/>
      </w:tcPr>
    </w:tblStylePr>
    <w:tblStylePr w:type="lastRow">
      <w:rPr>
        <w:b/>
        <w:bCs/>
        <w:color w:val="000000"/>
      </w:rPr>
      <w:tblPr/>
      <w:tcPr>
        <w:shd w:val="clear" w:color="auto" w:fill="989898" w:themeFill="dk1" w:themeFillTint="66"/>
      </w:tcPr>
    </w:tblStylePr>
    <w:tblStylePr w:type="firstCol">
      <w:rPr>
        <w:color w:val="FFFFFF"/>
      </w:rPr>
      <w:tblPr/>
      <w:tcPr>
        <w:shd w:val="clear" w:color="auto" w:fill="000000" w:themeFill="dk1" w:themeFillShade="bf"/>
      </w:tcPr>
    </w:tblStylePr>
    <w:tblStylePr w:type="lastCol">
      <w:rPr>
        <w:color w:val="FFFFFF"/>
      </w:rPr>
      <w:tblPr/>
      <w:tcPr>
        <w:shd w:val="clear" w:color="auto" w:fill="000000" w:themeFill="dk1" w:themeFillShade="bf"/>
      </w:tcPr>
    </w:tblStylePr>
    <w:tblStylePr w:type="band1Vert">
      <w:tblPr/>
      <w:tcPr>
        <w:shd w:val="clear" w:color="auto" w:fill="7F7F7F" w:themeFill="dk1" w:themeFillTint="7f"/>
      </w:tcPr>
    </w:tblStylePr>
    <w:tblStylePr w:type="band1Horz">
      <w:tblPr/>
      <w:tcPr>
        <w:shd w:val="clear" w:color="auto" w:fill="7F7F7F" w:themeFill="dk1" w:themeFillTint="7f"/>
      </w:tcPr>
    </w:tblStylePr>
  </w:style>
  <w:style w:type="table" w:styleId="ColorfulGrid-Accent1">
    <w:name w:val="Colorful Grid Accent 1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ColorfulGrid-Accent2">
    <w:name w:val="Colorful Grid Accent 2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9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9B7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BF1DD" w:themeFill="accent3" w:themeFillTint="33"/>
    </w:tcPr>
    <w:tblStylePr w:type="firstRow">
      <w:rPr>
        <w:b/>
        <w:bCs/>
      </w:rPr>
      <w:tblPr/>
      <w:tcPr>
        <w:shd w:val="clear" w:color="auto" w:fill="D7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7E3BC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E5E0EC" w:themeFill="accent4" w:themeFillTint="33"/>
    </w:tcPr>
    <w:tblStylePr w:type="firstRow">
      <w:rPr>
        <w:b/>
        <w:bCs/>
      </w:rPr>
      <w:tblPr/>
      <w:tcPr>
        <w:shd w:val="clear" w:color="auto" w:fill="CCC1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1D9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7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7DDE8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uiPriority w:val="73"/>
    <w:basedOn w:val="TableNormal"/>
    <w:pPr>
      <w:spacing w:after="0" w:line="240" w:lineRule="auto"/>
    </w:pPr>
    <w:rPr>
      <w:color w:val="000000"/>
    </w:rPr>
    <w:tblPr>
      <w:tblInd w:w="0" w:type="dxa"/>
      <w:tblBorders>
        <w:insideH w:val="single" w:sz="4" w:space="0" w:color="FFFFFF" w:themeColor="lt1"/>
      </w:tblBorders>
      <w:tblCellMar>
        <w:top w:w="0" w:type="dxa"/>
        <w:left w:w="108" w:type="dxa"/>
        <w:bottom w:w="0" w:type="dxa"/>
        <w:right w:w="108" w:type="dxa"/>
      </w:tblCellMar>
      <w:tblStyleColBandSize w:val="1"/>
      <w:tblStyleRowBandSize w:val="1"/>
    </w:tblPr>
    <w:tcPr>
      <w:shd w:val="clear" w:color="auto" w:fill="FDEAD9" w:themeFill="accent6" w:themeFillTint="33"/>
    </w:tcPr>
    <w:tblStylePr w:type="firstRow">
      <w:rPr>
        <w:b/>
        <w:bCs/>
      </w:rPr>
      <w:tblPr/>
      <w:tcPr>
        <w:shd w:val="clear" w:color="auto" w:fill="FBD5B5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5B5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footer" Target="footer1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박영순</cp:lastModifiedBy>
  <cp:revision>1</cp:revision>
  <dcterms:created xsi:type="dcterms:W3CDTF">2013-12-23T23:15:00Z</dcterms:created>
  <dcterms:modified xsi:type="dcterms:W3CDTF">2026-08-01T08:54:30Z</dcterms:modified>
  <cp:version>1100.0100.01</cp:version>
</cp:coreProperties>
</file>